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VT_Text"/>
        <w:spacing w:after="80"/>
      </w:pPr>
      <w:r>
        <w:rPr>
          <w:b/>
          <w:color w:val="B4693E"/>
          <w:sz w:val="17"/>
        </w:rPr>
        <w:t>VORLAGE  |  RESSORT PERSONAL  |  STAND OKTOBER 2026</w:t>
      </w:r>
    </w:p>
    <w:p>
      <w:pPr>
        <w:pStyle w:val="Heading1"/>
      </w:pPr>
      <w:r>
        <w:t>Arbeitszeugnis und Zwischenzeugnis</w:t>
      </w:r>
    </w:p>
    <w:p>
      <w:pPr>
        <w:pStyle w:val="VT_Text"/>
        <w:spacing w:after="200"/>
        <w:pBdr>
          <w:bottom w:val="single" w:sz="12" w:space="8" w:color="B4693E"/>
        </w:pBdr>
      </w:pPr>
      <w:r>
        <w:rPr>
          <w:color w:val="2D3A52"/>
          <w:sz w:val="22"/>
        </w:rPr>
        <w:t>Word-Vorlage für Schlusszeugnis, Zwischenzeugnis und Arbeitsbestätigung nach Art. 330a OR. Mit Formulierungsbausteinen in vier Stufen, Muster und Prüfliste vor Versand.</w:t>
      </w:r>
    </w:p>
    <w:p>
      <w:pPr>
        <w:pStyle w:val="Heading2"/>
      </w:pPr>
      <w:r>
        <w:t>So verwenden Sie diese Vorlage</w:t>
      </w:r>
    </w:p>
    <w:p>
      <w:pPr>
        <w:pStyle w:val="VT_Text"/>
        <w:tabs>
          <w:tab w:pos="425" w:val="left"/>
        </w:tabs>
        <w:spacing w:after="60"/>
        <w:ind w:left="425" w:hanging="425"/>
      </w:pPr>
      <w:r>
        <w:rPr>
          <w:b/>
          <w:color w:val="B4693E"/>
        </w:rPr>
        <w:t>1</w:t>
        <w:tab/>
      </w:r>
      <w:r>
        <w:rPr>
          <w:b/>
          <w:color w:val="13233F"/>
        </w:rPr>
        <w:t xml:space="preserve">Variante wählen. </w:t>
      </w:r>
      <w:r>
        <w:t>Klären Sie, was verlangt ist: Arbeitszeugnis (Teil A), Zwischenzeugnis (Teil B) oder Arbeitsbestätigung (Teil C). Löschen Sie die beiden anderen Teile.</w:t>
      </w:r>
    </w:p>
    <w:p>
      <w:pPr>
        <w:pStyle w:val="VT_Text"/>
        <w:tabs>
          <w:tab w:pos="425" w:val="left"/>
        </w:tabs>
        <w:spacing w:after="60"/>
        <w:ind w:left="425" w:hanging="425"/>
      </w:pPr>
      <w:r>
        <w:rPr>
          <w:b/>
          <w:color w:val="B4693E"/>
        </w:rPr>
        <w:t>2</w:t>
        <w:tab/>
      </w:r>
      <w:r>
        <w:rPr>
          <w:b/>
          <w:color w:val="13233F"/>
        </w:rPr>
        <w:t xml:space="preserve">Platzhalter füllen. </w:t>
      </w:r>
      <w:r>
        <w:t>Ersetzen Sie alle hellgrau hinterlegten Angaben in eckigen Klammern, am schnellsten mit Suchen und Ersetzen (Ctrl+H), auch in der Kopf- und Fusszeile. Prüfen Sie danach Pronomen, Endungen und die Grossschreibung am Satzanfang.</w:t>
      </w:r>
    </w:p>
    <w:p>
      <w:pPr>
        <w:pStyle w:val="VT_Text"/>
        <w:tabs>
          <w:tab w:pos="425" w:val="left"/>
        </w:tabs>
        <w:spacing w:after="60"/>
        <w:ind w:left="425" w:hanging="425"/>
      </w:pPr>
      <w:r>
        <w:rPr>
          <w:b/>
          <w:color w:val="B4693E"/>
        </w:rPr>
        <w:t>3</w:t>
        <w:tab/>
      </w:r>
      <w:r>
        <w:rPr>
          <w:b/>
          <w:color w:val="13233F"/>
        </w:rPr>
        <w:t xml:space="preserve">Bausteine wählen. </w:t>
      </w:r>
      <w:r>
        <w:t xml:space="preserve">Ersetzen Sie jeden Verweis wie </w:t>
      </w:r>
      <w:r>
        <w:rPr>
          <w:rStyle w:val="VT_Platzhalter"/>
        </w:rPr>
        <w:t>[Baustein LEI: Gesamtleistung]</w:t>
      </w:r>
      <w:r>
        <w:t xml:space="preserve"> durch genau einen Baustein aus Teil D: Stufe A sehr gut, B gut, C genügend, D ungenügend. Schlusszeugnis: Spalte Vergangenheit. Zwischenzeugnis: Spalte Präsens.</w:t>
      </w:r>
    </w:p>
    <w:p>
      <w:pPr>
        <w:pStyle w:val="VT_Text"/>
        <w:tabs>
          <w:tab w:pos="425" w:val="left"/>
        </w:tabs>
        <w:spacing w:after="60"/>
        <w:ind w:left="425" w:hanging="425"/>
      </w:pPr>
      <w:r>
        <w:rPr>
          <w:b/>
          <w:color w:val="B4693E"/>
        </w:rPr>
        <w:t>4</w:t>
        <w:tab/>
      </w:r>
      <w:r>
        <w:rPr>
          <w:b/>
          <w:color w:val="13233F"/>
        </w:rPr>
        <w:t xml:space="preserve">Stimmig bewerten. </w:t>
      </w:r>
      <w:r>
        <w:t>Lassen Sie kein Kriterium weg, denn Weglassen wird als Kritik gelesen. Die Schlussformel hat dieselbe Stufe wie die Gesamtleistung. Stufe D nur, wenn der Punkt für das Gesamtbild erheblich und im Personaldossier schriftlich belegt ist.</w:t>
      </w:r>
    </w:p>
    <w:p>
      <w:pPr>
        <w:pStyle w:val="VT_Text"/>
        <w:tabs>
          <w:tab w:pos="425" w:val="left"/>
        </w:tabs>
        <w:spacing w:after="60"/>
        <w:ind w:left="425" w:hanging="425"/>
      </w:pPr>
      <w:r>
        <w:rPr>
          <w:b/>
          <w:color w:val="B4693E"/>
        </w:rPr>
        <w:t>5</w:t>
        <w:tab/>
      </w:r>
      <w:r>
        <w:rPr>
          <w:b/>
          <w:color w:val="13233F"/>
        </w:rPr>
        <w:t xml:space="preserve">Prüfen und bereinigen. </w:t>
      </w:r>
      <w:r>
        <w:t>Arbeiten Sie die Prüfliste (Teil E) ab. Löschen Sie Hinweisseiten, graue Hinweise, Teile D und E und das Muster. Zum Schluss die Hinterlegung entfernen: Formatvorlage «VT_Platzhalter» ändern, Schattierung «Keine Farbe».</w:t>
      </w:r>
    </w:p>
    <w:p>
      <w:pPr>
        <w:pStyle w:val="VT_Text"/>
        <w:tabs>
          <w:tab w:pos="425" w:val="left"/>
        </w:tabs>
        <w:spacing w:after="60"/>
        <w:ind w:left="425" w:hanging="425"/>
      </w:pPr>
      <w:r>
        <w:rPr>
          <w:b/>
          <w:color w:val="B4693E"/>
        </w:rPr>
        <w:t>6</w:t>
        <w:tab/>
      </w:r>
      <w:r>
        <w:rPr>
          <w:b/>
          <w:color w:val="13233F"/>
        </w:rPr>
        <w:t xml:space="preserve">Ausdrucken und unterschreiben. </w:t>
      </w:r>
      <w:r>
        <w:t>Auf Firmenbriefpapier drucken oder den Briefkopf mit Logo und Adresse füllen. Datum nicht vor- oder rückdatieren; zwei Unterschriften (vorgesetzte Person und HR).</w:t>
      </w:r>
    </w:p>
    <w:p>
      <w:pPr>
        <w:pStyle w:val="Heading2"/>
      </w:pPr>
      <w:r>
        <w:t>Drei Grundsätze</w:t>
      </w:r>
    </w:p>
    <w:p>
      <w:pPr>
        <w:pStyle w:val="VT_Info"/>
      </w:pPr>
      <w:r>
        <w:rPr>
          <w:b/>
        </w:rPr>
        <w:t xml:space="preserve">Wahr und wohlwollend. </w:t>
      </w:r>
      <w:r>
        <w:t>Das Zeugnis ist grundsätzlich wahr und vollständig und zugleich wohlwollend formuliert (BGE 136 III 510). Negatives gehört nur hinein, wenn es für die Gesamtbeurteilung erheblich ist.</w:t>
      </w:r>
    </w:p>
    <w:p>
      <w:pPr>
        <w:pStyle w:val="VT_Info"/>
      </w:pPr>
      <w:r>
        <w:rPr>
          <w:b/>
        </w:rPr>
        <w:t xml:space="preserve">Klar, ohne Codes. </w:t>
      </w:r>
      <w:r>
        <w:t>Zweideutige Formulierungen und Zeugniscodes sind unzulässig (SECO). Die Bausteine schreiben die Wertung offen aus und enthalten keine versteckten Botschaften.</w:t>
      </w:r>
    </w:p>
    <w:p>
      <w:pPr>
        <w:pStyle w:val="VT_Info"/>
      </w:pPr>
      <w:r>
        <w:rPr>
          <w:b/>
        </w:rPr>
        <w:t xml:space="preserve">Belegt. </w:t>
      </w:r>
      <w:r>
        <w:t>Kritische Aussagen nur mit Notiz im Personaldossier. Krankheit nur bei erheblichem Einfluss und nie mit Diagnose. Eine Freistellung wird nie erwähnt.</w:t>
      </w:r>
    </w:p>
    <w:p>
      <w:pPr>
        <w:pStyle w:val="Heading2"/>
      </w:pPr>
      <w:r>
        <w:t>Inhalt der Vorlage</w:t>
      </w:r>
    </w:p>
    <w:tbl>
      <w:tblPr>
        <w:tblW w:type="dxa" w:w="9072"/>
        <w:tblLook w:firstColumn="1" w:firstRow="1" w:lastColumn="0" w:lastRow="0" w:noHBand="0" w:noVBand="1" w:val="04A0"/>
        <w:tblBorders>
          <w:top w:val="nil"/>
          <w:left w:val="nil"/>
          <w:bottom w:val="nil"/>
          <w:right w:val="nil"/>
          <w:insideH w:val="single" w:sz="4" w:space="0" w:color="D5D9E0"/>
          <w:insideV w:val="nil"/>
        </w:tblBorders>
        <w:tblLayout w:type="fixed"/>
        <w:tblCellMar>
          <w:top w:w="20" w:type="dxa"/>
          <w:left w:w="0" w:type="dxa"/>
          <w:bottom w:w="20" w:type="dxa"/>
          <w:right w:w="80" w:type="dxa"/>
        </w:tblCellMar>
        <w:tblLayout w:type="fixed"/>
      </w:tblPr>
      <w:tblGrid>
        <w:gridCol w:w="1134"/>
        <w:gridCol w:w="7938"/>
      </w:tblGrid>
      <w:tr>
        <w:tc>
          <w:tcPr>
            <w:tcW w:type="dxa" w:w="1134"/>
          </w:tcPr>
          <w:p>
            <w:pPr>
              <w:pStyle w:val="VT_Tabelle"/>
            </w:pPr>
            <w:r>
              <w:rPr>
                <w:b/>
                <w:color w:val="B4693E"/>
                <w:sz w:val="19"/>
              </w:rPr>
              <w:t>Teil A</w:t>
            </w:r>
          </w:p>
        </w:tc>
        <w:tc>
          <w:tcPr>
            <w:tcW w:type="dxa" w:w="7937"/>
          </w:tcPr>
          <w:p>
            <w:pPr>
              <w:pStyle w:val="VT_Tabelle"/>
            </w:pPr>
            <w:r>
              <w:rPr>
                <w:sz w:val="19"/>
              </w:rPr>
              <w:t>Arbeitszeugnis (Schlusszeugnis, in der Vergangenheit)</w:t>
            </w:r>
          </w:p>
        </w:tc>
      </w:tr>
      <w:tr>
        <w:tc>
          <w:tcPr>
            <w:tcW w:type="dxa" w:w="1134"/>
          </w:tcPr>
          <w:p>
            <w:pPr>
              <w:pStyle w:val="VT_Tabelle"/>
            </w:pPr>
            <w:r>
              <w:rPr>
                <w:b/>
                <w:color w:val="B4693E"/>
                <w:sz w:val="19"/>
              </w:rPr>
              <w:t>Teil B</w:t>
            </w:r>
          </w:p>
        </w:tc>
        <w:tc>
          <w:tcPr>
            <w:tcW w:type="dxa" w:w="7937"/>
          </w:tcPr>
          <w:p>
            <w:pPr>
              <w:pStyle w:val="VT_Tabelle"/>
            </w:pPr>
            <w:r>
              <w:rPr>
                <w:sz w:val="19"/>
              </w:rPr>
              <w:t>Zwischenzeugnis (im Präsens, mit Anlass)</w:t>
            </w:r>
          </w:p>
        </w:tc>
      </w:tr>
      <w:tr>
        <w:tc>
          <w:tcPr>
            <w:tcW w:type="dxa" w:w="1134"/>
          </w:tcPr>
          <w:p>
            <w:pPr>
              <w:pStyle w:val="VT_Tabelle"/>
            </w:pPr>
            <w:r>
              <w:rPr>
                <w:b/>
                <w:color w:val="B4693E"/>
                <w:sz w:val="19"/>
              </w:rPr>
              <w:t>Teil C</w:t>
            </w:r>
          </w:p>
        </w:tc>
        <w:tc>
          <w:tcPr>
            <w:tcW w:type="dxa" w:w="7937"/>
          </w:tcPr>
          <w:p>
            <w:pPr>
              <w:pStyle w:val="VT_Tabelle"/>
            </w:pPr>
            <w:r>
              <w:rPr>
                <w:sz w:val="19"/>
              </w:rPr>
              <w:t>Arbeitsbestätigung (nur Art und Dauer, Art. 330a Abs. 2 OR)</w:t>
            </w:r>
          </w:p>
        </w:tc>
      </w:tr>
      <w:tr>
        <w:tc>
          <w:tcPr>
            <w:tcW w:type="dxa" w:w="1134"/>
          </w:tcPr>
          <w:p>
            <w:pPr>
              <w:pStyle w:val="VT_Tabelle"/>
            </w:pPr>
            <w:r>
              <w:rPr>
                <w:b/>
                <w:color w:val="B4693E"/>
                <w:sz w:val="19"/>
              </w:rPr>
              <w:t>Teil D</w:t>
            </w:r>
          </w:p>
        </w:tc>
        <w:tc>
          <w:tcPr>
            <w:tcW w:type="dxa" w:w="7937"/>
          </w:tcPr>
          <w:p>
            <w:pPr>
              <w:pStyle w:val="VT_Tabelle"/>
            </w:pPr>
            <w:r>
              <w:rPr>
                <w:sz w:val="19"/>
              </w:rPr>
              <w:t>Bausteinkatalog in vier Stufen, Austrittsgrund, Anlass, Schlussformeln</w:t>
            </w:r>
          </w:p>
        </w:tc>
      </w:tr>
      <w:tr>
        <w:tc>
          <w:tcPr>
            <w:tcW w:type="dxa" w:w="1134"/>
          </w:tcPr>
          <w:p>
            <w:pPr>
              <w:pStyle w:val="VT_Tabelle"/>
            </w:pPr>
            <w:r>
              <w:rPr>
                <w:b/>
                <w:color w:val="B4693E"/>
                <w:sz w:val="19"/>
              </w:rPr>
              <w:t>Teil E</w:t>
            </w:r>
          </w:p>
        </w:tc>
        <w:tc>
          <w:tcPr>
            <w:tcW w:type="dxa" w:w="7937"/>
          </w:tcPr>
          <w:p>
            <w:pPr>
              <w:pStyle w:val="VT_Tabelle"/>
            </w:pPr>
            <w:r>
              <w:rPr>
                <w:sz w:val="19"/>
              </w:rPr>
              <w:t>Prüfliste vor Versand</w:t>
            </w:r>
          </w:p>
        </w:tc>
      </w:tr>
      <w:tr>
        <w:tc>
          <w:tcPr>
            <w:tcW w:type="dxa" w:w="1134"/>
          </w:tcPr>
          <w:p>
            <w:pPr>
              <w:pStyle w:val="VT_Tabelle"/>
            </w:pPr>
            <w:r>
              <w:rPr>
                <w:b/>
                <w:color w:val="B4693E"/>
                <w:sz w:val="19"/>
              </w:rPr>
              <w:t>Seite 2</w:t>
            </w:r>
          </w:p>
        </w:tc>
        <w:tc>
          <w:tcPr>
            <w:tcW w:type="dxa" w:w="7937"/>
          </w:tcPr>
          <w:p>
            <w:pPr>
              <w:pStyle w:val="VT_Tabelle"/>
            </w:pPr>
            <w:r>
              <w:rPr>
                <w:sz w:val="19"/>
              </w:rPr>
              <w:t>Platzhalter im Überblick</w:t>
            </w:r>
          </w:p>
        </w:tc>
      </w:tr>
      <w:tr>
        <w:tc>
          <w:tcPr>
            <w:tcW w:type="dxa" w:w="1134"/>
          </w:tcPr>
          <w:p>
            <w:pPr>
              <w:pStyle w:val="VT_Tabelle"/>
            </w:pPr>
            <w:r>
              <w:rPr>
                <w:b/>
                <w:color w:val="B4693E"/>
                <w:sz w:val="19"/>
              </w:rPr>
              <w:t>Anhang</w:t>
            </w:r>
          </w:p>
        </w:tc>
        <w:tc>
          <w:tcPr>
            <w:tcW w:type="dxa" w:w="7937"/>
          </w:tcPr>
          <w:p>
            <w:pPr>
              <w:pStyle w:val="VT_Tabelle"/>
            </w:pPr>
            <w:r>
              <w:rPr>
                <w:sz w:val="19"/>
              </w:rPr>
              <w:t>Muster eines Schlusszeugnisses (fiktiv, Stufe B)</w:t>
            </w:r>
          </w:p>
        </w:tc>
      </w:tr>
    </w:tbl>
    <w:p>
      <w:pPr>
        <w:pStyle w:val="VT_Klein"/>
        <w:spacing w:before="200"/>
      </w:pPr>
      <w:r>
        <w:rPr>
          <w:b/>
        </w:rPr>
        <w:t xml:space="preserve">Quelle: </w:t>
      </w:r>
      <w:r>
        <w:t>vortrieb.ch, Artikel «Arbeitszeugnis schreiben: Pflichtinhalte, Formulierungen, Vorlage». Rechtsgrundlage Art. 330a OR. Bausteine: redaktionelle Vorschläge nach den Leitfäden der Kantone Bern und Solothurn und der Universität Basel; eine gesetzliche Notenskala gibt es nicht.</w:t>
      </w:r>
    </w:p>
    <w:p>
      <w:pPr>
        <w:pStyle w:val="VT_Klein"/>
      </w:pPr>
      <w:r>
        <w:rPr>
          <w:b/>
          <w:color w:val="13233F"/>
        </w:rPr>
        <w:t xml:space="preserve">Vorlage ohne Gewähr, keine Rechtsberatung im Einzelfall. </w:t>
      </w:r>
      <w:r>
        <w:t xml:space="preserve">Bei strafrechtlich relevanten Vorfällen oder laufendem Verfahren ziehen Sie eine Fachperson für Arbeitsrecht bei. </w:t>
      </w:r>
      <w:r>
        <w:rPr>
          <w:b/>
        </w:rPr>
        <w:t>Stand Oktober 2026.</w:t>
      </w:r>
    </w:p>
    <w:p>
      <w:pPr>
        <w:pStyle w:val="VT_Text"/>
        <w:spacing w:after="80"/>
      </w:pPr>
      <w:r>
        <w:br w:type="page"/>
      </w:r>
      <w:r>
        <w:rPr>
          <w:b/>
          <w:color w:val="B4693E"/>
          <w:sz w:val="17"/>
        </w:rPr>
        <w:t>HINWEISE  |  VOR VERSAND LÖSCHEN</w:t>
      </w:r>
    </w:p>
    <w:p>
      <w:pPr>
        <w:pStyle w:val="Heading1"/>
      </w:pPr>
      <w:r>
        <w:t>Platzhalter im Überblick</w:t>
      </w:r>
    </w:p>
    <w:p>
      <w:pPr>
        <w:pStyle w:val="VT_Text"/>
      </w:pPr>
      <w:r>
        <w:t>Gleiche Platzhalter kommen mehrfach vor. Mit Suchen und Ersetzen (Ctrl+H, «Alle ersetzen») füllen Sie jeden in einem Durchgang. Beispielwerte sind fiktiv.</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2608"/>
        <w:gridCol w:w="3061"/>
        <w:gridCol w:w="3402"/>
      </w:tblGrid>
      <w:tr>
        <w:trPr>
          <w:tblHeader w:val="true"/>
        </w:trPr>
        <w:tc>
          <w:tcPr>
            <w:tcW w:type="dxa" w:w="2608"/>
            <w:shd w:val="clear" w:color="auto" w:fill="13233F"/>
          </w:tcPr>
          <w:p>
            <w:pPr>
              <w:pStyle w:val="VT_Tabelle"/>
            </w:pPr>
            <w:r>
              <w:rPr>
                <w:b/>
                <w:color w:val="FFFFFF"/>
              </w:rPr>
              <w:t>Platzhalter</w:t>
            </w:r>
          </w:p>
        </w:tc>
        <w:tc>
          <w:tcPr>
            <w:tcW w:type="dxa" w:w="3061"/>
            <w:shd w:val="clear" w:color="auto" w:fill="13233F"/>
          </w:tcPr>
          <w:p>
            <w:pPr>
              <w:pStyle w:val="VT_Tabelle"/>
            </w:pPr>
            <w:r>
              <w:rPr>
                <w:b/>
                <w:color w:val="FFFFFF"/>
              </w:rPr>
              <w:t>Beispiel</w:t>
            </w:r>
          </w:p>
        </w:tc>
        <w:tc>
          <w:tcPr>
            <w:tcW w:type="dxa" w:w="3402"/>
            <w:shd w:val="clear" w:color="auto" w:fill="13233F"/>
          </w:tcPr>
          <w:p>
            <w:pPr>
              <w:pStyle w:val="VT_Tabelle"/>
            </w:pPr>
            <w:r>
              <w:rPr>
                <w:b/>
                <w:color w:val="FFFFFF"/>
              </w:rPr>
              <w:t>Hinweis</w:t>
            </w:r>
          </w:p>
        </w:tc>
      </w:tr>
      <w:tr>
        <w:trPr>
          <w:cantSplit w:val="true"/>
        </w:trPr>
        <w:tc>
          <w:tcPr>
            <w:tcW w:type="dxa" w:w="2608"/>
          </w:tcPr>
          <w:p>
            <w:pPr>
              <w:pStyle w:val="VT_Tabelle"/>
            </w:pPr>
            <w:r>
              <w:rPr>
                <w:rStyle w:val="VT_Platzhalter"/>
                <w:b/>
                <w:color w:val="13233F"/>
              </w:rPr>
              <w:t>[ARBEITGEBER]</w:t>
            </w:r>
          </w:p>
        </w:tc>
        <w:tc>
          <w:tcPr>
            <w:tcW w:type="dxa" w:w="3061"/>
          </w:tcPr>
          <w:p>
            <w:pPr>
              <w:pStyle w:val="VT_Tabelle"/>
            </w:pPr>
            <w:r>
              <w:t>Muster AG</w:t>
            </w:r>
          </w:p>
        </w:tc>
        <w:tc>
          <w:tcPr>
            <w:tcW w:type="dxa" w:w="3402"/>
          </w:tcPr>
          <w:p>
            <w:pPr>
              <w:pStyle w:val="VT_Tabelle"/>
            </w:pPr>
            <w:r>
              <w:t>Vollständige Firma laut Handelsregister</w:t>
            </w:r>
          </w:p>
        </w:tc>
      </w:tr>
      <w:tr>
        <w:trPr>
          <w:cantSplit w:val="true"/>
        </w:trPr>
        <w:tc>
          <w:tcPr>
            <w:tcW w:type="dxa" w:w="2608"/>
            <w:shd w:val="clear" w:color="auto" w:fill="F1F3F7"/>
          </w:tcPr>
          <w:p>
            <w:pPr>
              <w:pStyle w:val="VT_Tabelle"/>
            </w:pPr>
            <w:r>
              <w:rPr>
                <w:rStyle w:val="VT_Platzhalter"/>
                <w:b/>
                <w:color w:val="13233F"/>
              </w:rPr>
              <w:t>[FIRMENLOGO]</w:t>
            </w:r>
            <w:r>
              <w:rPr>
                <w:b/>
                <w:color w:val="13233F"/>
              </w:rPr>
              <w:t xml:space="preserve">, </w:t>
            </w:r>
            <w:r>
              <w:rPr>
                <w:rStyle w:val="VT_Platzhalter"/>
                <w:b/>
                <w:color w:val="13233F"/>
              </w:rPr>
              <w:t>[STRASSE_NR]</w:t>
            </w:r>
            <w:r>
              <w:rPr>
                <w:b/>
                <w:color w:val="13233F"/>
              </w:rPr>
              <w:t xml:space="preserve">, </w:t>
            </w:r>
            <w:r>
              <w:rPr>
                <w:rStyle w:val="VT_Platzhalter"/>
                <w:b/>
                <w:color w:val="13233F"/>
              </w:rPr>
              <w:t>[PLZ]</w:t>
            </w:r>
          </w:p>
        </w:tc>
        <w:tc>
          <w:tcPr>
            <w:tcW w:type="dxa" w:w="3061"/>
            <w:shd w:val="clear" w:color="auto" w:fill="F1F3F7"/>
          </w:tcPr>
          <w:p>
            <w:pPr>
              <w:pStyle w:val="VT_Tabelle"/>
            </w:pPr>
            <w:r>
              <w:t>Logo, Seestrasse 1, 8810</w:t>
            </w:r>
          </w:p>
        </w:tc>
        <w:tc>
          <w:tcPr>
            <w:tcW w:type="dxa" w:w="3402"/>
            <w:shd w:val="clear" w:color="auto" w:fill="F1F3F7"/>
          </w:tcPr>
          <w:p>
            <w:pPr>
              <w:pStyle w:val="VT_Tabelle"/>
            </w:pPr>
            <w:r>
              <w:t>Nur Briefkopf; entfällt bei Firmenbriefpapier</w:t>
            </w:r>
          </w:p>
        </w:tc>
      </w:tr>
      <w:tr>
        <w:trPr>
          <w:cantSplit w:val="true"/>
        </w:trPr>
        <w:tc>
          <w:tcPr>
            <w:tcW w:type="dxa" w:w="2608"/>
          </w:tcPr>
          <w:p>
            <w:pPr>
              <w:pStyle w:val="VT_Tabelle"/>
            </w:pPr>
            <w:r>
              <w:rPr>
                <w:rStyle w:val="VT_Platzhalter"/>
                <w:b/>
                <w:color w:val="13233F"/>
              </w:rPr>
              <w:t>[ANREDE]</w:t>
            </w:r>
          </w:p>
        </w:tc>
        <w:tc>
          <w:tcPr>
            <w:tcW w:type="dxa" w:w="3061"/>
          </w:tcPr>
          <w:p>
            <w:pPr>
              <w:pStyle w:val="VT_Tabelle"/>
            </w:pPr>
            <w:r>
              <w:t>Frau</w:t>
            </w:r>
          </w:p>
        </w:tc>
        <w:tc>
          <w:tcPr>
            <w:tcW w:type="dxa" w:w="3402"/>
          </w:tcPr>
          <w:p>
            <w:pPr>
              <w:pStyle w:val="VT_Tabelle"/>
            </w:pPr>
            <w:r>
              <w:t>Frau oder Herr; auf Wunsch ohne Anrede mit Vorname und Nachname</w:t>
            </w:r>
          </w:p>
        </w:tc>
      </w:tr>
      <w:tr>
        <w:trPr>
          <w:cantSplit w:val="true"/>
        </w:trPr>
        <w:tc>
          <w:tcPr>
            <w:tcW w:type="dxa" w:w="2608"/>
            <w:shd w:val="clear" w:color="auto" w:fill="F1F3F7"/>
          </w:tcPr>
          <w:p>
            <w:pPr>
              <w:pStyle w:val="VT_Tabelle"/>
            </w:pPr>
            <w:r>
              <w:rPr>
                <w:rStyle w:val="VT_Platzhalter"/>
                <w:b/>
                <w:color w:val="13233F"/>
              </w:rPr>
              <w:t>[VORNAME]</w:t>
            </w:r>
            <w:r>
              <w:rPr>
                <w:b/>
                <w:color w:val="13233F"/>
              </w:rPr>
              <w:t xml:space="preserve"> </w:t>
            </w:r>
            <w:r>
              <w:rPr>
                <w:rStyle w:val="VT_Platzhalter"/>
                <w:b/>
                <w:color w:val="13233F"/>
              </w:rPr>
              <w:t>[NACHNAME]</w:t>
            </w:r>
          </w:p>
        </w:tc>
        <w:tc>
          <w:tcPr>
            <w:tcW w:type="dxa" w:w="3061"/>
            <w:shd w:val="clear" w:color="auto" w:fill="F1F3F7"/>
          </w:tcPr>
          <w:p>
            <w:pPr>
              <w:pStyle w:val="VT_Tabelle"/>
            </w:pPr>
            <w:r>
              <w:t>Anna Muster</w:t>
            </w:r>
          </w:p>
        </w:tc>
        <w:tc>
          <w:tcPr>
            <w:tcW w:type="dxa" w:w="3402"/>
            <w:shd w:val="clear" w:color="auto" w:fill="F1F3F7"/>
          </w:tcPr>
          <w:p>
            <w:pPr>
              <w:pStyle w:val="VT_Tabelle"/>
            </w:pPr>
          </w:p>
        </w:tc>
      </w:tr>
      <w:tr>
        <w:trPr>
          <w:cantSplit w:val="true"/>
        </w:trPr>
        <w:tc>
          <w:tcPr>
            <w:tcW w:type="dxa" w:w="2608"/>
          </w:tcPr>
          <w:p>
            <w:pPr>
              <w:pStyle w:val="VT_Tabelle"/>
            </w:pPr>
            <w:r>
              <w:rPr>
                <w:rStyle w:val="VT_Platzhalter"/>
                <w:b/>
                <w:color w:val="13233F"/>
              </w:rPr>
              <w:t>[GEBURTSDATUM]</w:t>
            </w:r>
          </w:p>
        </w:tc>
        <w:tc>
          <w:tcPr>
            <w:tcW w:type="dxa" w:w="3061"/>
          </w:tcPr>
          <w:p>
            <w:pPr>
              <w:pStyle w:val="VT_Tabelle"/>
            </w:pPr>
            <w:r>
              <w:t>14. Mai 1990</w:t>
            </w:r>
          </w:p>
        </w:tc>
        <w:tc>
          <w:tcPr>
            <w:tcW w:type="dxa" w:w="3402"/>
          </w:tcPr>
          <w:p>
            <w:pPr>
              <w:pStyle w:val="VT_Tabelle"/>
            </w:pPr>
            <w:r>
              <w:t>Datum ausgeschrieben</w:t>
            </w:r>
          </w:p>
        </w:tc>
      </w:tr>
      <w:tr>
        <w:trPr>
          <w:cantSplit w:val="true"/>
        </w:trPr>
        <w:tc>
          <w:tcPr>
            <w:tcW w:type="dxa" w:w="2608"/>
            <w:shd w:val="clear" w:color="auto" w:fill="F1F3F7"/>
          </w:tcPr>
          <w:p>
            <w:pPr>
              <w:pStyle w:val="VT_Tabelle"/>
            </w:pPr>
            <w:r>
              <w:rPr>
                <w:rStyle w:val="VT_Platzhalter"/>
                <w:b/>
                <w:color w:val="13233F"/>
              </w:rPr>
              <w:t>[ER_SIE]</w:t>
            </w:r>
          </w:p>
        </w:tc>
        <w:tc>
          <w:tcPr>
            <w:tcW w:type="dxa" w:w="3061"/>
            <w:shd w:val="clear" w:color="auto" w:fill="F1F3F7"/>
          </w:tcPr>
          <w:p>
            <w:pPr>
              <w:pStyle w:val="VT_Tabelle"/>
            </w:pPr>
            <w:r>
              <w:t>sie</w:t>
            </w:r>
          </w:p>
        </w:tc>
        <w:tc>
          <w:tcPr>
            <w:tcW w:type="dxa" w:w="3402"/>
            <w:shd w:val="clear" w:color="auto" w:fill="F1F3F7"/>
          </w:tcPr>
          <w:p>
            <w:pPr>
              <w:pStyle w:val="VT_Tabelle"/>
            </w:pPr>
            <w:r>
              <w:t>Pronomen Nominativ; am Satzanfang gross</w:t>
            </w:r>
          </w:p>
        </w:tc>
      </w:tr>
      <w:tr>
        <w:trPr>
          <w:cantSplit w:val="true"/>
        </w:trPr>
        <w:tc>
          <w:tcPr>
            <w:tcW w:type="dxa" w:w="2608"/>
          </w:tcPr>
          <w:p>
            <w:pPr>
              <w:pStyle w:val="VT_Tabelle"/>
            </w:pPr>
            <w:r>
              <w:rPr>
                <w:rStyle w:val="VT_Platzhalter"/>
                <w:b/>
                <w:color w:val="13233F"/>
              </w:rPr>
              <w:t>[IHM_IHR]</w:t>
            </w:r>
          </w:p>
        </w:tc>
        <w:tc>
          <w:tcPr>
            <w:tcW w:type="dxa" w:w="3061"/>
          </w:tcPr>
          <w:p>
            <w:pPr>
              <w:pStyle w:val="VT_Tabelle"/>
            </w:pPr>
            <w:r>
              <w:t>ihr</w:t>
            </w:r>
          </w:p>
        </w:tc>
        <w:tc>
          <w:tcPr>
            <w:tcW w:type="dxa" w:w="3402"/>
          </w:tcPr>
          <w:p>
            <w:pPr>
              <w:pStyle w:val="VT_Tabelle"/>
            </w:pPr>
            <w:r>
              <w:t>Pronomen Dativ</w:t>
            </w:r>
          </w:p>
        </w:tc>
      </w:tr>
      <w:tr>
        <w:trPr>
          <w:cantSplit w:val="true"/>
        </w:trPr>
        <w:tc>
          <w:tcPr>
            <w:tcW w:type="dxa" w:w="2608"/>
            <w:shd w:val="clear" w:color="auto" w:fill="F1F3F7"/>
          </w:tcPr>
          <w:p>
            <w:pPr>
              <w:pStyle w:val="VT_Tabelle"/>
            </w:pPr>
            <w:r>
              <w:rPr>
                <w:rStyle w:val="VT_Platzhalter"/>
                <w:b/>
                <w:color w:val="13233F"/>
              </w:rPr>
              <w:t>[SEIN_IHR]</w:t>
            </w:r>
          </w:p>
        </w:tc>
        <w:tc>
          <w:tcPr>
            <w:tcW w:type="dxa" w:w="3061"/>
            <w:shd w:val="clear" w:color="auto" w:fill="F1F3F7"/>
          </w:tcPr>
          <w:p>
            <w:pPr>
              <w:pStyle w:val="VT_Tabelle"/>
            </w:pPr>
            <w:r>
              <w:t>ihre</w:t>
            </w:r>
          </w:p>
        </w:tc>
        <w:tc>
          <w:tcPr>
            <w:tcW w:type="dxa" w:w="3402"/>
            <w:shd w:val="clear" w:color="auto" w:fill="F1F3F7"/>
          </w:tcPr>
          <w:p>
            <w:pPr>
              <w:pStyle w:val="VT_Tabelle"/>
            </w:pPr>
            <w:r>
              <w:t>Possessiv; Endung im Baustein prüfen, am Satzanfang gross</w:t>
            </w:r>
          </w:p>
        </w:tc>
      </w:tr>
      <w:tr>
        <w:trPr>
          <w:cantSplit w:val="true"/>
        </w:trPr>
        <w:tc>
          <w:tcPr>
            <w:tcW w:type="dxa" w:w="2608"/>
          </w:tcPr>
          <w:p>
            <w:pPr>
              <w:pStyle w:val="VT_Tabelle"/>
            </w:pPr>
            <w:r>
              <w:rPr>
                <w:rStyle w:val="VT_Platzhalter"/>
                <w:b/>
                <w:color w:val="13233F"/>
              </w:rPr>
              <w:t>[EINTRITT]</w:t>
            </w:r>
          </w:p>
        </w:tc>
        <w:tc>
          <w:tcPr>
            <w:tcW w:type="dxa" w:w="3061"/>
          </w:tcPr>
          <w:p>
            <w:pPr>
              <w:pStyle w:val="VT_Tabelle"/>
            </w:pPr>
            <w:r>
              <w:t>1. April 2020</w:t>
            </w:r>
          </w:p>
        </w:tc>
        <w:tc>
          <w:tcPr>
            <w:tcW w:type="dxa" w:w="3402"/>
          </w:tcPr>
          <w:p>
            <w:pPr>
              <w:pStyle w:val="VT_Tabelle"/>
            </w:pPr>
          </w:p>
        </w:tc>
      </w:tr>
      <w:tr>
        <w:trPr>
          <w:cantSplit w:val="true"/>
        </w:trPr>
        <w:tc>
          <w:tcPr>
            <w:tcW w:type="dxa" w:w="2608"/>
            <w:shd w:val="clear" w:color="auto" w:fill="F1F3F7"/>
          </w:tcPr>
          <w:p>
            <w:pPr>
              <w:pStyle w:val="VT_Tabelle"/>
            </w:pPr>
            <w:r>
              <w:rPr>
                <w:rStyle w:val="VT_Platzhalter"/>
                <w:b/>
                <w:color w:val="13233F"/>
              </w:rPr>
              <w:t>[AUSTRITT]</w:t>
            </w:r>
          </w:p>
        </w:tc>
        <w:tc>
          <w:tcPr>
            <w:tcW w:type="dxa" w:w="3061"/>
            <w:shd w:val="clear" w:color="auto" w:fill="F1F3F7"/>
          </w:tcPr>
          <w:p>
            <w:pPr>
              <w:pStyle w:val="VT_Tabelle"/>
            </w:pPr>
            <w:r>
              <w:t>30. September 2026</w:t>
            </w:r>
          </w:p>
        </w:tc>
        <w:tc>
          <w:tcPr>
            <w:tcW w:type="dxa" w:w="3402"/>
            <w:shd w:val="clear" w:color="auto" w:fill="F1F3F7"/>
          </w:tcPr>
          <w:p>
            <w:pPr>
              <w:pStyle w:val="VT_Tabelle"/>
            </w:pPr>
            <w:r>
              <w:t>Nur Arbeitszeugnis und Arbeitsbestätigung</w:t>
            </w:r>
          </w:p>
        </w:tc>
      </w:tr>
      <w:tr>
        <w:trPr>
          <w:cantSplit w:val="true"/>
        </w:trPr>
        <w:tc>
          <w:tcPr>
            <w:tcW w:type="dxa" w:w="2608"/>
          </w:tcPr>
          <w:p>
            <w:pPr>
              <w:pStyle w:val="VT_Tabelle"/>
            </w:pPr>
            <w:r>
              <w:rPr>
                <w:rStyle w:val="VT_Platzhalter"/>
                <w:b/>
                <w:color w:val="13233F"/>
              </w:rPr>
              <w:t>[FUNKTION]</w:t>
            </w:r>
          </w:p>
        </w:tc>
        <w:tc>
          <w:tcPr>
            <w:tcW w:type="dxa" w:w="3061"/>
          </w:tcPr>
          <w:p>
            <w:pPr>
              <w:pStyle w:val="VT_Tabelle"/>
            </w:pPr>
            <w:r>
              <w:t>Sachbearbeiterin Disposition</w:t>
            </w:r>
          </w:p>
        </w:tc>
        <w:tc>
          <w:tcPr>
            <w:tcW w:type="dxa" w:w="3402"/>
          </w:tcPr>
          <w:p>
            <w:pPr>
              <w:pStyle w:val="VT_Tabelle"/>
            </w:pPr>
            <w:r>
              <w:t>Letzte oder aktuelle Funktion</w:t>
            </w:r>
          </w:p>
        </w:tc>
      </w:tr>
      <w:tr>
        <w:trPr>
          <w:cantSplit w:val="true"/>
        </w:trPr>
        <w:tc>
          <w:tcPr>
            <w:tcW w:type="dxa" w:w="2608"/>
            <w:shd w:val="clear" w:color="auto" w:fill="F1F3F7"/>
          </w:tcPr>
          <w:p>
            <w:pPr>
              <w:pStyle w:val="VT_Tabelle"/>
            </w:pPr>
            <w:r>
              <w:rPr>
                <w:rStyle w:val="VT_Platzhalter"/>
                <w:b/>
                <w:color w:val="13233F"/>
              </w:rPr>
              <w:t>[FUNKTION_FRÜHER]</w:t>
            </w:r>
          </w:p>
        </w:tc>
        <w:tc>
          <w:tcPr>
            <w:tcW w:type="dxa" w:w="3061"/>
            <w:shd w:val="clear" w:color="auto" w:fill="F1F3F7"/>
          </w:tcPr>
          <w:p>
            <w:pPr>
              <w:pStyle w:val="VT_Tabelle"/>
            </w:pPr>
            <w:r>
              <w:t>Mitarbeiterin Kundendienst (1. April 2020 bis 31. März 2023)</w:t>
            </w:r>
          </w:p>
        </w:tc>
        <w:tc>
          <w:tcPr>
            <w:tcW w:type="dxa" w:w="3402"/>
            <w:shd w:val="clear" w:color="auto" w:fill="F1F3F7"/>
          </w:tcPr>
          <w:p>
            <w:pPr>
              <w:pStyle w:val="VT_Tabelle"/>
            </w:pPr>
            <w:r>
              <w:t>Frühere Funktionen mit Dauer; Satz löschen, falls keine</w:t>
            </w:r>
          </w:p>
        </w:tc>
      </w:tr>
      <w:tr>
        <w:trPr>
          <w:cantSplit w:val="true"/>
        </w:trPr>
        <w:tc>
          <w:tcPr>
            <w:tcW w:type="dxa" w:w="2608"/>
          </w:tcPr>
          <w:p>
            <w:pPr>
              <w:pStyle w:val="VT_Tabelle"/>
            </w:pPr>
            <w:r>
              <w:rPr>
                <w:rStyle w:val="VT_Platzhalter"/>
                <w:b/>
                <w:color w:val="13233F"/>
              </w:rPr>
              <w:t>[PENSUM]</w:t>
            </w:r>
          </w:p>
        </w:tc>
        <w:tc>
          <w:tcPr>
            <w:tcW w:type="dxa" w:w="3061"/>
          </w:tcPr>
          <w:p>
            <w:pPr>
              <w:pStyle w:val="VT_Tabelle"/>
            </w:pPr>
            <w:r>
              <w:t>80 Prozent</w:t>
            </w:r>
          </w:p>
        </w:tc>
        <w:tc>
          <w:tcPr>
            <w:tcW w:type="dxa" w:w="3402"/>
          </w:tcPr>
          <w:p>
            <w:pPr>
              <w:pStyle w:val="VT_Tabelle"/>
            </w:pPr>
          </w:p>
        </w:tc>
      </w:tr>
      <w:tr>
        <w:trPr>
          <w:cantSplit w:val="true"/>
        </w:trPr>
        <w:tc>
          <w:tcPr>
            <w:tcW w:type="dxa" w:w="2608"/>
            <w:shd w:val="clear" w:color="auto" w:fill="F1F3F7"/>
          </w:tcPr>
          <w:p>
            <w:pPr>
              <w:pStyle w:val="VT_Tabelle"/>
            </w:pPr>
            <w:r>
              <w:rPr>
                <w:rStyle w:val="VT_Platzhalter"/>
                <w:b/>
                <w:color w:val="13233F"/>
              </w:rPr>
              <w:t>[ABTEILUNG]</w:t>
            </w:r>
          </w:p>
        </w:tc>
        <w:tc>
          <w:tcPr>
            <w:tcW w:type="dxa" w:w="3061"/>
            <w:shd w:val="clear" w:color="auto" w:fill="F1F3F7"/>
          </w:tcPr>
          <w:p>
            <w:pPr>
              <w:pStyle w:val="VT_Tabelle"/>
            </w:pPr>
            <w:r>
              <w:t>Logistik</w:t>
            </w:r>
          </w:p>
        </w:tc>
        <w:tc>
          <w:tcPr>
            <w:tcW w:type="dxa" w:w="3402"/>
            <w:shd w:val="clear" w:color="auto" w:fill="F1F3F7"/>
          </w:tcPr>
          <w:p>
            <w:pPr>
              <w:pStyle w:val="VT_Tabelle"/>
            </w:pPr>
          </w:p>
        </w:tc>
      </w:tr>
      <w:tr>
        <w:trPr>
          <w:cantSplit w:val="true"/>
        </w:trPr>
        <w:tc>
          <w:tcPr>
            <w:tcW w:type="dxa" w:w="2608"/>
          </w:tcPr>
          <w:p>
            <w:pPr>
              <w:pStyle w:val="VT_Tabelle"/>
            </w:pPr>
            <w:r>
              <w:rPr>
                <w:rStyle w:val="VT_Platzhalter"/>
                <w:b/>
                <w:color w:val="13233F"/>
              </w:rPr>
              <w:t>[ARBEITSORT]</w:t>
            </w:r>
          </w:p>
        </w:tc>
        <w:tc>
          <w:tcPr>
            <w:tcW w:type="dxa" w:w="3061"/>
          </w:tcPr>
          <w:p>
            <w:pPr>
              <w:pStyle w:val="VT_Tabelle"/>
            </w:pPr>
            <w:r>
              <w:t>Horgen</w:t>
            </w:r>
          </w:p>
        </w:tc>
        <w:tc>
          <w:tcPr>
            <w:tcW w:type="dxa" w:w="3402"/>
          </w:tcPr>
          <w:p>
            <w:pPr>
              <w:pStyle w:val="VT_Tabelle"/>
            </w:pPr>
          </w:p>
        </w:tc>
      </w:tr>
      <w:tr>
        <w:trPr>
          <w:cantSplit w:val="true"/>
        </w:trPr>
        <w:tc>
          <w:tcPr>
            <w:tcW w:type="dxa" w:w="2608"/>
            <w:shd w:val="clear" w:color="auto" w:fill="F1F3F7"/>
          </w:tcPr>
          <w:p>
            <w:pPr>
              <w:pStyle w:val="VT_Tabelle"/>
            </w:pPr>
            <w:r>
              <w:rPr>
                <w:rStyle w:val="VT_Platzhalter"/>
                <w:b/>
                <w:color w:val="13233F"/>
              </w:rPr>
              <w:t>[AUFGABE_1]</w:t>
            </w:r>
            <w:r>
              <w:rPr>
                <w:b/>
                <w:color w:val="13233F"/>
              </w:rPr>
              <w:t xml:space="preserve"> bis </w:t>
            </w:r>
            <w:r>
              <w:rPr>
                <w:rStyle w:val="VT_Platzhalter"/>
                <w:b/>
                <w:color w:val="13233F"/>
              </w:rPr>
              <w:t>[AUFGABE_8]</w:t>
            </w:r>
          </w:p>
        </w:tc>
        <w:tc>
          <w:tcPr>
            <w:tcW w:type="dxa" w:w="3061"/>
            <w:shd w:val="clear" w:color="auto" w:fill="F1F3F7"/>
          </w:tcPr>
          <w:p>
            <w:pPr>
              <w:pStyle w:val="VT_Tabelle"/>
            </w:pPr>
            <w:r>
              <w:t>Disposition der Auslieferungen für rund 40 Kundinnen und Kunden im Raum Zürich</w:t>
            </w:r>
          </w:p>
        </w:tc>
        <w:tc>
          <w:tcPr>
            <w:tcW w:type="dxa" w:w="3402"/>
            <w:shd w:val="clear" w:color="auto" w:fill="F1F3F7"/>
          </w:tcPr>
          <w:p>
            <w:pPr>
              <w:pStyle w:val="VT_Tabelle"/>
            </w:pPr>
            <w:r>
              <w:t>4 bis 8 Punkte, wichtigste zuerst, nominal formuliert</w:t>
            </w:r>
          </w:p>
        </w:tc>
      </w:tr>
      <w:tr>
        <w:trPr>
          <w:cantSplit w:val="true"/>
        </w:trPr>
        <w:tc>
          <w:tcPr>
            <w:tcW w:type="dxa" w:w="2608"/>
          </w:tcPr>
          <w:p>
            <w:pPr>
              <w:pStyle w:val="VT_Tabelle"/>
            </w:pPr>
            <w:r>
              <w:rPr>
                <w:rStyle w:val="VT_Platzhalter"/>
                <w:b/>
                <w:color w:val="13233F"/>
              </w:rPr>
              <w:t>[BEREICH]</w:t>
            </w:r>
            <w:r>
              <w:rPr>
                <w:b/>
                <w:color w:val="13233F"/>
              </w:rPr>
              <w:t xml:space="preserve">, </w:t>
            </w:r>
            <w:r>
              <w:rPr>
                <w:rStyle w:val="VT_Platzhalter"/>
                <w:b/>
                <w:color w:val="13233F"/>
              </w:rPr>
              <w:t>[ANZAHL]</w:t>
            </w:r>
          </w:p>
        </w:tc>
        <w:tc>
          <w:tcPr>
            <w:tcW w:type="dxa" w:w="3061"/>
          </w:tcPr>
          <w:p>
            <w:pPr>
              <w:pStyle w:val="VT_Tabelle"/>
            </w:pPr>
            <w:r>
              <w:t>Offertwesen, 6</w:t>
            </w:r>
          </w:p>
        </w:tc>
        <w:tc>
          <w:tcPr>
            <w:tcW w:type="dxa" w:w="3402"/>
          </w:tcPr>
          <w:p>
            <w:pPr>
              <w:pStyle w:val="VT_Tabelle"/>
            </w:pPr>
            <w:r>
              <w:t>Nur in Bausteinen der Stufe D und bei Führung</w:t>
            </w:r>
          </w:p>
        </w:tc>
      </w:tr>
      <w:tr>
        <w:trPr>
          <w:cantSplit w:val="true"/>
        </w:trPr>
        <w:tc>
          <w:tcPr>
            <w:tcW w:type="dxa" w:w="2608"/>
            <w:shd w:val="clear" w:color="auto" w:fill="F1F3F7"/>
          </w:tcPr>
          <w:p>
            <w:pPr>
              <w:pStyle w:val="VT_Tabelle"/>
            </w:pPr>
            <w:r>
              <w:rPr>
                <w:rStyle w:val="VT_Platzhalter"/>
                <w:b/>
                <w:color w:val="13233F"/>
              </w:rPr>
              <w:t>[NEUE_FUNKTION]</w:t>
            </w:r>
          </w:p>
        </w:tc>
        <w:tc>
          <w:tcPr>
            <w:tcW w:type="dxa" w:w="3061"/>
            <w:shd w:val="clear" w:color="auto" w:fill="F1F3F7"/>
          </w:tcPr>
          <w:p>
            <w:pPr>
              <w:pStyle w:val="VT_Tabelle"/>
            </w:pPr>
            <w:r>
              <w:t>Teamleiterin Disposition</w:t>
            </w:r>
          </w:p>
        </w:tc>
        <w:tc>
          <w:tcPr>
            <w:tcW w:type="dxa" w:w="3402"/>
            <w:shd w:val="clear" w:color="auto" w:fill="F1F3F7"/>
          </w:tcPr>
          <w:p>
            <w:pPr>
              <w:pStyle w:val="VT_Tabelle"/>
            </w:pPr>
            <w:r>
              <w:t>Nur Anlass ZZ-ANL-3</w:t>
            </w:r>
          </w:p>
        </w:tc>
      </w:tr>
      <w:tr>
        <w:trPr>
          <w:cantSplit w:val="true"/>
        </w:trPr>
        <w:tc>
          <w:tcPr>
            <w:tcW w:type="dxa" w:w="2608"/>
          </w:tcPr>
          <w:p>
            <w:pPr>
              <w:pStyle w:val="VT_Tabelle"/>
            </w:pPr>
            <w:r>
              <w:rPr>
                <w:rStyle w:val="VT_Platzhalter"/>
                <w:b/>
                <w:color w:val="13233F"/>
              </w:rPr>
              <w:t>[DATUM_UNTERBRUCH]</w:t>
            </w:r>
          </w:p>
        </w:tc>
        <w:tc>
          <w:tcPr>
            <w:tcW w:type="dxa" w:w="3061"/>
          </w:tcPr>
          <w:p>
            <w:pPr>
              <w:pStyle w:val="VT_Tabelle"/>
            </w:pPr>
            <w:r>
              <w:t>1. Februar 2026</w:t>
            </w:r>
          </w:p>
        </w:tc>
        <w:tc>
          <w:tcPr>
            <w:tcW w:type="dxa" w:w="3402"/>
          </w:tcPr>
          <w:p>
            <w:pPr>
              <w:pStyle w:val="VT_Tabelle"/>
            </w:pPr>
            <w:r>
              <w:t>Nur Baustein AUS-6</w:t>
            </w:r>
          </w:p>
        </w:tc>
      </w:tr>
      <w:tr>
        <w:trPr>
          <w:cantSplit w:val="true"/>
        </w:trPr>
        <w:tc>
          <w:tcPr>
            <w:tcW w:type="dxa" w:w="2608"/>
            <w:shd w:val="clear" w:color="auto" w:fill="F1F3F7"/>
          </w:tcPr>
          <w:p>
            <w:pPr>
              <w:pStyle w:val="VT_Tabelle"/>
            </w:pPr>
            <w:r>
              <w:rPr>
                <w:rStyle w:val="VT_Platzhalter"/>
                <w:b/>
                <w:color w:val="13233F"/>
              </w:rPr>
              <w:t>[ORT]</w:t>
            </w:r>
          </w:p>
        </w:tc>
        <w:tc>
          <w:tcPr>
            <w:tcW w:type="dxa" w:w="3061"/>
            <w:shd w:val="clear" w:color="auto" w:fill="F1F3F7"/>
          </w:tcPr>
          <w:p>
            <w:pPr>
              <w:pStyle w:val="VT_Tabelle"/>
            </w:pPr>
            <w:r>
              <w:t>Horgen</w:t>
            </w:r>
          </w:p>
        </w:tc>
        <w:tc>
          <w:tcPr>
            <w:tcW w:type="dxa" w:w="3402"/>
            <w:shd w:val="clear" w:color="auto" w:fill="F1F3F7"/>
          </w:tcPr>
          <w:p>
            <w:pPr>
              <w:pStyle w:val="VT_Tabelle"/>
            </w:pPr>
            <w:r>
              <w:t>Ort der Ausstellung</w:t>
            </w:r>
          </w:p>
        </w:tc>
      </w:tr>
      <w:tr>
        <w:trPr>
          <w:cantSplit w:val="true"/>
        </w:trPr>
        <w:tc>
          <w:tcPr>
            <w:tcW w:type="dxa" w:w="2608"/>
          </w:tcPr>
          <w:p>
            <w:pPr>
              <w:pStyle w:val="VT_Tabelle"/>
            </w:pPr>
            <w:r>
              <w:rPr>
                <w:rStyle w:val="VT_Platzhalter"/>
                <w:b/>
                <w:color w:val="13233F"/>
              </w:rPr>
              <w:t>[DATUM]</w:t>
            </w:r>
          </w:p>
        </w:tc>
        <w:tc>
          <w:tcPr>
            <w:tcW w:type="dxa" w:w="3061"/>
          </w:tcPr>
          <w:p>
            <w:pPr>
              <w:pStyle w:val="VT_Tabelle"/>
            </w:pPr>
            <w:r>
              <w:t>30. September 2026</w:t>
            </w:r>
          </w:p>
        </w:tc>
        <w:tc>
          <w:tcPr>
            <w:tcW w:type="dxa" w:w="3402"/>
          </w:tcPr>
          <w:p>
            <w:pPr>
              <w:pStyle w:val="VT_Tabelle"/>
            </w:pPr>
            <w:r>
              <w:t>Schlusszeugnis in der Regel letzter Arbeitstag; nicht vor- oder rückdatieren</w:t>
            </w:r>
          </w:p>
        </w:tc>
      </w:tr>
      <w:tr>
        <w:trPr>
          <w:cantSplit w:val="true"/>
        </w:trPr>
        <w:tc>
          <w:tcPr>
            <w:tcW w:type="dxa" w:w="2608"/>
            <w:shd w:val="clear" w:color="auto" w:fill="F1F3F7"/>
          </w:tcPr>
          <w:p>
            <w:pPr>
              <w:pStyle w:val="VT_Tabelle"/>
            </w:pPr>
            <w:r>
              <w:rPr>
                <w:rStyle w:val="VT_Platzhalter"/>
                <w:b/>
                <w:color w:val="13233F"/>
              </w:rPr>
              <w:t>[UNTERZEICHNER_1]</w:t>
            </w:r>
            <w:r>
              <w:rPr>
                <w:b/>
                <w:color w:val="13233F"/>
              </w:rPr>
              <w:t xml:space="preserve">, </w:t>
            </w:r>
            <w:r>
              <w:rPr>
                <w:rStyle w:val="VT_Platzhalter"/>
                <w:b/>
                <w:color w:val="13233F"/>
              </w:rPr>
              <w:t>[FUNKTION_U1]</w:t>
            </w:r>
          </w:p>
        </w:tc>
        <w:tc>
          <w:tcPr>
            <w:tcW w:type="dxa" w:w="3061"/>
            <w:shd w:val="clear" w:color="auto" w:fill="F1F3F7"/>
          </w:tcPr>
          <w:p>
            <w:pPr>
              <w:pStyle w:val="VT_Tabelle"/>
            </w:pPr>
            <w:r>
              <w:t>Peter Beispiel, Leiter Logistik</w:t>
            </w:r>
          </w:p>
        </w:tc>
        <w:tc>
          <w:tcPr>
            <w:tcW w:type="dxa" w:w="3402"/>
            <w:shd w:val="clear" w:color="auto" w:fill="F1F3F7"/>
          </w:tcPr>
          <w:p>
            <w:pPr>
              <w:pStyle w:val="VT_Tabelle"/>
            </w:pPr>
            <w:r>
              <w:t>Direkte vorgesetzte Person</w:t>
            </w:r>
          </w:p>
        </w:tc>
      </w:tr>
      <w:tr>
        <w:trPr>
          <w:cantSplit w:val="true"/>
        </w:trPr>
        <w:tc>
          <w:tcPr>
            <w:tcW w:type="dxa" w:w="2608"/>
          </w:tcPr>
          <w:p>
            <w:pPr>
              <w:pStyle w:val="VT_Tabelle"/>
            </w:pPr>
            <w:r>
              <w:rPr>
                <w:rStyle w:val="VT_Platzhalter"/>
                <w:b/>
                <w:color w:val="13233F"/>
              </w:rPr>
              <w:t>[UNTERZEICHNER_2]</w:t>
            </w:r>
            <w:r>
              <w:rPr>
                <w:b/>
                <w:color w:val="13233F"/>
              </w:rPr>
              <w:t xml:space="preserve">, </w:t>
            </w:r>
            <w:r>
              <w:rPr>
                <w:rStyle w:val="VT_Platzhalter"/>
                <w:b/>
                <w:color w:val="13233F"/>
              </w:rPr>
              <w:t>[FUNKTION_U2]</w:t>
            </w:r>
          </w:p>
        </w:tc>
        <w:tc>
          <w:tcPr>
            <w:tcW w:type="dxa" w:w="3061"/>
          </w:tcPr>
          <w:p>
            <w:pPr>
              <w:pStyle w:val="VT_Tabelle"/>
            </w:pPr>
            <w:r>
              <w:t>Eva Exempel, Leiterin Personal</w:t>
            </w:r>
          </w:p>
        </w:tc>
        <w:tc>
          <w:tcPr>
            <w:tcW w:type="dxa" w:w="3402"/>
          </w:tcPr>
          <w:p>
            <w:pPr>
              <w:pStyle w:val="VT_Tabelle"/>
            </w:pPr>
            <w:r>
              <w:t>HR-verantwortliche Person</w:t>
            </w:r>
          </w:p>
        </w:tc>
      </w:tr>
    </w:tbl>
    <w:p>
      <w:pPr>
        <w:pStyle w:val="VT_Klein"/>
        <w:spacing w:after="40"/>
      </w:pPr>
    </w:p>
    <w:p>
      <w:pPr>
        <w:sectPr>
          <w:headerReference w:type="default" r:id="rId9"/>
          <w:footerReference w:type="default" r:id="rId10"/>
          <w:pgSz w:w="11906" w:h="16838"/>
          <w:pgMar w:top="1417" w:right="1417" w:bottom="1417" w:left="1417" w:header="680" w:footer="680" w:gutter="0"/>
          <w:cols w:space="720"/>
          <w:docGrid w:linePitch="360"/>
        </w:sectPr>
      </w:pPr>
    </w:p>
    <w:p>
      <w:pPr>
        <w:pStyle w:val="VT_Hinweis"/>
      </w:pPr>
      <w:r>
        <w:t>Hinweis, vor Versand löschen: Teil A, Schlusszeugnis. Bausteine aus der Spalte «Schlusszeugnis» (Vergangenheit). Briefkopf füllen oder auf Firmenbriefpapier drucken. Fertig höchstens zwei Seiten.</w:t>
      </w:r>
    </w:p>
    <w:p>
      <w:pPr>
        <w:pStyle w:val="VT_Titel"/>
      </w:pPr>
      <w:r>
        <w:t>Arbeitszeugnis</w:t>
      </w:r>
    </w:p>
    <w:p>
      <w:pPr>
        <w:pStyle w:val="VT_Text"/>
      </w:pPr>
      <w:r>
        <w:rPr>
          <w:rStyle w:val="VT_Platzhalter"/>
        </w:rPr>
        <w:t>[ANREDE]</w:t>
      </w:r>
      <w:r>
        <w:t xml:space="preserve"> </w:t>
      </w:r>
      <w:r>
        <w:rPr>
          <w:rStyle w:val="VT_Platzhalter"/>
        </w:rPr>
        <w:t>[VORNAME]</w:t>
      </w:r>
      <w:r>
        <w:t xml:space="preserve"> </w:t>
      </w:r>
      <w:r>
        <w:rPr>
          <w:rStyle w:val="VT_Platzhalter"/>
        </w:rPr>
        <w:t>[NACHNAME]</w:t>
      </w:r>
      <w:r>
        <w:t xml:space="preserve">, geboren am </w:t>
      </w:r>
      <w:r>
        <w:rPr>
          <w:rStyle w:val="VT_Platzhalter"/>
        </w:rPr>
        <w:t>[GEBURTSDATUM]</w:t>
      </w:r>
      <w:r>
        <w:t xml:space="preserve">, war vom </w:t>
      </w:r>
      <w:r>
        <w:rPr>
          <w:rStyle w:val="VT_Platzhalter"/>
        </w:rPr>
        <w:t>[EINTRITT]</w:t>
      </w:r>
      <w:r>
        <w:t xml:space="preserve"> bis </w:t>
      </w:r>
      <w:r>
        <w:rPr>
          <w:rStyle w:val="VT_Platzhalter"/>
        </w:rPr>
        <w:t>[AUSTRITT]</w:t>
      </w:r>
      <w:r>
        <w:t xml:space="preserve"> bei der </w:t>
      </w:r>
      <w:r>
        <w:rPr>
          <w:rStyle w:val="VT_Platzhalter"/>
        </w:rPr>
        <w:t>[ARBEITGEBER]</w:t>
      </w:r>
      <w:r>
        <w:t xml:space="preserve"> in </w:t>
      </w:r>
      <w:r>
        <w:rPr>
          <w:rStyle w:val="VT_Platzhalter"/>
        </w:rPr>
        <w:t>[ARBEITSORT]</w:t>
      </w:r>
      <w:r>
        <w:t xml:space="preserve"> tätig, zuletzt als </w:t>
      </w:r>
      <w:r>
        <w:rPr>
          <w:rStyle w:val="VT_Platzhalter"/>
        </w:rPr>
        <w:t>[FUNKTION]</w:t>
      </w:r>
      <w:r>
        <w:t xml:space="preserve"> in der Abteilung </w:t>
      </w:r>
      <w:r>
        <w:rPr>
          <w:rStyle w:val="VT_Platzhalter"/>
        </w:rPr>
        <w:t>[ABTEILUNG]</w:t>
      </w:r>
      <w:r>
        <w:t xml:space="preserve"> mit einem Pensum von </w:t>
      </w:r>
      <w:r>
        <w:rPr>
          <w:rStyle w:val="VT_Platzhalter"/>
        </w:rPr>
        <w:t>[PENSUM]</w:t>
      </w:r>
      <w:r>
        <w:t xml:space="preserve">. Zuvor war </w:t>
      </w:r>
      <w:r>
        <w:rPr>
          <w:rStyle w:val="VT_Platzhalter"/>
        </w:rPr>
        <w:t>[ER_SIE]</w:t>
      </w:r>
      <w:r>
        <w:t xml:space="preserve"> als </w:t>
      </w:r>
      <w:r>
        <w:rPr>
          <w:rStyle w:val="VT_Platzhalter"/>
        </w:rPr>
        <w:t>[FUNKTION_FRÜHER]</w:t>
      </w:r>
      <w:r>
        <w:t xml:space="preserve"> tätig.</w:t>
      </w:r>
    </w:p>
    <w:p>
      <w:pPr>
        <w:pStyle w:val="VT_Hinweis"/>
      </w:pPr>
      <w:r>
        <w:t>Hinweis, vor Versand löschen: Frühere Funktionen mit Dauer nennen (SECO); Satz löschen, falls keine. Längere Unterbrüche nur, wenn im Verhältnis zur Anstellungsdauer erheblich (BGE 136 III 510).</w:t>
      </w:r>
    </w:p>
    <w:p>
      <w:pPr>
        <w:pStyle w:val="VT_Text"/>
      </w:pPr>
      <w:r>
        <w:rPr>
          <w:rStyle w:val="VT_Platzhalter"/>
        </w:rPr>
        <w:t>[SEIN_IHR]</w:t>
      </w:r>
      <w:r>
        <w:t xml:space="preserve"> Aufgaben umfassten insbesondere:</w:t>
      </w:r>
    </w:p>
    <w:p>
      <w:pPr>
        <w:pStyle w:val="VT_Aufzählung"/>
      </w:pPr>
      <w:r>
        <w:rPr>
          <w:rStyle w:val="VT_Platzhalter"/>
        </w:rPr>
        <w:t>[AUFGABE_1]</w:t>
      </w:r>
    </w:p>
    <w:p>
      <w:pPr>
        <w:pStyle w:val="VT_Aufzählung"/>
      </w:pPr>
      <w:r>
        <w:rPr>
          <w:rStyle w:val="VT_Platzhalter"/>
        </w:rPr>
        <w:t>[AUFGABE_2]</w:t>
      </w:r>
    </w:p>
    <w:p>
      <w:pPr>
        <w:pStyle w:val="VT_Aufzählung"/>
      </w:pPr>
      <w:r>
        <w:rPr>
          <w:rStyle w:val="VT_Platzhalter"/>
        </w:rPr>
        <w:t>[AUFGABE_3]</w:t>
      </w:r>
    </w:p>
    <w:p>
      <w:pPr>
        <w:pStyle w:val="VT_Aufzählung"/>
      </w:pPr>
      <w:r>
        <w:rPr>
          <w:rStyle w:val="VT_Platzhalter"/>
        </w:rPr>
        <w:t>[AUFGABE_4]</w:t>
      </w:r>
    </w:p>
    <w:p>
      <w:pPr>
        <w:pStyle w:val="VT_Aufzählung"/>
      </w:pPr>
      <w:r>
        <w:rPr>
          <w:rStyle w:val="VT_Platzhalter"/>
        </w:rPr>
        <w:t>[AUFGABE_5]</w:t>
      </w:r>
    </w:p>
    <w:p>
      <w:pPr>
        <w:pStyle w:val="VT_Aufzählung"/>
      </w:pPr>
      <w:r>
        <w:rPr>
          <w:rStyle w:val="VT_Platzhalter"/>
        </w:rPr>
        <w:t>[AUFGABE_6]</w:t>
      </w:r>
    </w:p>
    <w:p>
      <w:pPr>
        <w:pStyle w:val="VT_Aufzählung"/>
      </w:pPr>
      <w:r>
        <w:rPr>
          <w:rStyle w:val="VT_Platzhalter"/>
        </w:rPr>
        <w:t>[AUFGABE_7]</w:t>
      </w:r>
    </w:p>
    <w:p>
      <w:pPr>
        <w:pStyle w:val="VT_Aufzählung"/>
      </w:pPr>
      <w:r>
        <w:rPr>
          <w:rStyle w:val="VT_Platzhalter"/>
        </w:rPr>
        <w:t>[AUFGABE_8]</w:t>
      </w:r>
    </w:p>
    <w:p>
      <w:pPr>
        <w:pStyle w:val="VT_Hinweis"/>
      </w:pPr>
      <w:r>
        <w:t>Hinweis, vor Versand löschen: Vier bis acht Punkte, wichtigste zuerst, nominal formuliert. Leere Zeilen löschen.</w:t>
      </w:r>
    </w:p>
    <w:p>
      <w:pPr>
        <w:pStyle w:val="VT_Text"/>
        <w:spacing w:before="160"/>
      </w:pPr>
      <w:r>
        <w:rPr>
          <w:rStyle w:val="VT_Platzhalter"/>
        </w:rPr>
        <w:t>[Baustein FW: Fachwissen]</w:t>
      </w:r>
      <w:r>
        <w:t xml:space="preserve"> </w:t>
      </w:r>
      <w:r>
        <w:rPr>
          <w:rStyle w:val="VT_Platzhalter"/>
        </w:rPr>
        <w:t>[Baustein QUAL: Arbeitsqualität]</w:t>
      </w:r>
      <w:r>
        <w:t xml:space="preserve"> </w:t>
      </w:r>
      <w:r>
        <w:rPr>
          <w:rStyle w:val="VT_Platzhalter"/>
        </w:rPr>
        <w:t>[Baustein MENGE: Arbeitsmenge]</w:t>
      </w:r>
      <w:r>
        <w:t xml:space="preserve"> </w:t>
      </w:r>
      <w:r>
        <w:rPr>
          <w:rStyle w:val="VT_Platzhalter"/>
        </w:rPr>
        <w:t>[Baustein ZUV: Zuverlässigkeit]</w:t>
      </w:r>
      <w:r>
        <w:t xml:space="preserve"> </w:t>
      </w:r>
      <w:r>
        <w:rPr>
          <w:rStyle w:val="VT_Platzhalter"/>
        </w:rPr>
        <w:t>[Baustein LEI: Gesamtleistung]</w:t>
      </w:r>
    </w:p>
    <w:p>
      <w:pPr>
        <w:pStyle w:val="VT_Text"/>
      </w:pPr>
      <w:r>
        <w:rPr>
          <w:rStyle w:val="VT_Platzhalter"/>
        </w:rPr>
        <w:t>[Baustein FUE: Führung]</w:t>
      </w:r>
    </w:p>
    <w:p>
      <w:pPr>
        <w:pStyle w:val="VT_Hinweis"/>
      </w:pPr>
      <w:r>
        <w:t>Hinweis, vor Versand löschen: Nur bei Führungsfunktion, sonst Absatz löschen.</w:t>
      </w:r>
    </w:p>
    <w:p>
      <w:pPr>
        <w:pStyle w:val="VT_Text"/>
      </w:pPr>
      <w:r>
        <w:rPr>
          <w:rStyle w:val="VT_Platzhalter"/>
        </w:rPr>
        <w:t>[Baustein VH-INT: Verhalten intern]</w:t>
      </w:r>
      <w:r>
        <w:t xml:space="preserve"> </w:t>
      </w:r>
      <w:r>
        <w:rPr>
          <w:rStyle w:val="VT_Platzhalter"/>
        </w:rPr>
        <w:t>[Baustein VH-EXT: Verhalten gegenüber Kundschaft]</w:t>
      </w:r>
    </w:p>
    <w:p>
      <w:pPr>
        <w:pStyle w:val="VT_Text"/>
      </w:pPr>
      <w:r>
        <w:rPr>
          <w:rStyle w:val="VT_Platzhalter"/>
        </w:rPr>
        <w:t>[Baustein AUS: Austrittsgrund]</w:t>
      </w:r>
      <w:r>
        <w:t xml:space="preserve"> </w:t>
      </w:r>
      <w:r>
        <w:rPr>
          <w:rStyle w:val="VT_Platzhalter"/>
        </w:rPr>
        <w:t>[Baustein SF-SZ: Schlussformel]</w:t>
      </w:r>
    </w:p>
    <w:p>
      <w:pPr>
        <w:pStyle w:val="VT_Hinweis"/>
      </w:pPr>
      <w:r>
        <w:t>Hinweis, vor Versand löschen: Austrittsgrund nur auf Wunsch der Person oder neutral, sonst weglassen. Freistellung nie erwähnen. Schlussformel in derselben Stufe wie die Gesamtleistung. Datum in der Regel letzter Arbeitstag.</w:t>
      </w:r>
    </w:p>
    <w:p>
      <w:pPr>
        <w:pStyle w:val="VT_Text"/>
        <w:keepNext/>
        <w:spacing w:before="280"/>
      </w:pPr>
      <w:r>
        <w:rPr>
          <w:rStyle w:val="VT_Platzhalter"/>
        </w:rPr>
        <w:t>[ORT]</w:t>
      </w:r>
      <w:r>
        <w:t xml:space="preserve">, </w:t>
      </w:r>
      <w:r>
        <w:rPr>
          <w:rStyle w:val="VT_Platzhalter"/>
        </w:rPr>
        <w:t>[DATUM]</w:t>
      </w:r>
    </w:p>
    <w:p>
      <w:pPr>
        <w:pStyle w:val="VT_Signatur"/>
        <w:spacing w:before="200"/>
      </w:pPr>
      <w:r>
        <w:rPr>
          <w:rStyle w:val="VT_Platzhalter"/>
        </w:rPr>
        <w:t>[ARBEITGEBER]</w:t>
      </w:r>
    </w:p>
    <w:p>
      <w:pPr>
        <w:pStyle w:val="VT_Signatur"/>
        <w:spacing w:before="840"/>
      </w:pPr>
      <w:r>
        <w:rPr>
          <w:rStyle w:val="VT_Platzhalter"/>
        </w:rPr>
        <w:t>[UNTERZEICHNER_1]</w:t>
      </w:r>
      <w:r>
        <w:tab/>
      </w:r>
      <w:r>
        <w:rPr>
          <w:rStyle w:val="VT_Platzhalter"/>
        </w:rPr>
        <w:t>[UNTERZEICHNER_2]</w:t>
      </w:r>
    </w:p>
    <w:p>
      <w:pPr>
        <w:pStyle w:val="VT_Signatur"/>
        <w:keepNext w:val="0"/>
      </w:pPr>
      <w:r>
        <w:rPr>
          <w:rStyle w:val="VT_Platzhalter"/>
        </w:rPr>
        <w:t>[FUNKTION_U1]</w:t>
      </w:r>
      <w:r>
        <w:tab/>
      </w:r>
      <w:r>
        <w:rPr>
          <w:rStyle w:val="VT_Platzhalter"/>
        </w:rPr>
        <w:t>[FUNKTION_U2]</w:t>
      </w:r>
    </w:p>
    <w:p>
      <w:pPr>
        <w:sectPr>
          <w:headerReference w:type="first" r:id="rId11"/>
          <w:footerReference w:type="first" r:id="rId12"/>
          <w:headerReference w:type="default" r:id="rId13"/>
          <w:footerReference w:type="default" r:id="rId14"/>
          <w:pgSz w:w="11906" w:h="16838"/>
          <w:pgMar w:top="1417" w:right="1417" w:bottom="1417" w:left="1417" w:header="680" w:footer="680" w:gutter="0"/>
          <w:pgNumType w:start="1"/>
          <w:cols w:space="720"/>
          <w:titlePg/>
          <w:docGrid w:linePitch="360"/>
        </w:sectPr>
      </w:pPr>
    </w:p>
    <w:p>
      <w:pPr>
        <w:pStyle w:val="VT_Hinweis"/>
      </w:pPr>
      <w:r>
        <w:t>Hinweis, vor Versand löschen: Teil B, Zwischenzeugnis. Bausteine aus der Spalte «Zwischenzeugnis» (Präsens). Zeitnah ausstellen, Richtwert Kanton Bern 2 bis 3 Wochen. Fertig höchstens zwei Seiten.</w:t>
      </w:r>
    </w:p>
    <w:p>
      <w:pPr>
        <w:pStyle w:val="VT_Titel"/>
      </w:pPr>
      <w:r>
        <w:t>Zwischenzeugnis</w:t>
      </w:r>
    </w:p>
    <w:p>
      <w:pPr>
        <w:pStyle w:val="VT_Text"/>
      </w:pPr>
      <w:r>
        <w:rPr>
          <w:rStyle w:val="VT_Platzhalter"/>
        </w:rPr>
        <w:t>[ANREDE]</w:t>
      </w:r>
      <w:r>
        <w:t xml:space="preserve"> </w:t>
      </w:r>
      <w:r>
        <w:rPr>
          <w:rStyle w:val="VT_Platzhalter"/>
        </w:rPr>
        <w:t>[VORNAME]</w:t>
      </w:r>
      <w:r>
        <w:t xml:space="preserve"> </w:t>
      </w:r>
      <w:r>
        <w:rPr>
          <w:rStyle w:val="VT_Platzhalter"/>
        </w:rPr>
        <w:t>[NACHNAME]</w:t>
      </w:r>
      <w:r>
        <w:t xml:space="preserve">, geboren am </w:t>
      </w:r>
      <w:r>
        <w:rPr>
          <w:rStyle w:val="VT_Platzhalter"/>
        </w:rPr>
        <w:t>[GEBURTSDATUM]</w:t>
      </w:r>
      <w:r>
        <w:t xml:space="preserve">, arbeitet seit dem </w:t>
      </w:r>
      <w:r>
        <w:rPr>
          <w:rStyle w:val="VT_Platzhalter"/>
        </w:rPr>
        <w:t>[EINTRITT]</w:t>
      </w:r>
      <w:r>
        <w:t xml:space="preserve"> bei der </w:t>
      </w:r>
      <w:r>
        <w:rPr>
          <w:rStyle w:val="VT_Platzhalter"/>
        </w:rPr>
        <w:t>[ARBEITGEBER]</w:t>
      </w:r>
      <w:r>
        <w:t xml:space="preserve"> in </w:t>
      </w:r>
      <w:r>
        <w:rPr>
          <w:rStyle w:val="VT_Platzhalter"/>
        </w:rPr>
        <w:t>[ARBEITSORT]</w:t>
      </w:r>
      <w:r>
        <w:t xml:space="preserve">, derzeit als </w:t>
      </w:r>
      <w:r>
        <w:rPr>
          <w:rStyle w:val="VT_Platzhalter"/>
        </w:rPr>
        <w:t>[FUNKTION]</w:t>
      </w:r>
      <w:r>
        <w:t xml:space="preserve"> in der Abteilung </w:t>
      </w:r>
      <w:r>
        <w:rPr>
          <w:rStyle w:val="VT_Platzhalter"/>
        </w:rPr>
        <w:t>[ABTEILUNG]</w:t>
      </w:r>
      <w:r>
        <w:t xml:space="preserve"> mit einem Pensum von </w:t>
      </w:r>
      <w:r>
        <w:rPr>
          <w:rStyle w:val="VT_Platzhalter"/>
        </w:rPr>
        <w:t>[PENSUM]</w:t>
      </w:r>
      <w:r>
        <w:t xml:space="preserve">. Zuvor war </w:t>
      </w:r>
      <w:r>
        <w:rPr>
          <w:rStyle w:val="VT_Platzhalter"/>
        </w:rPr>
        <w:t>[ER_SIE]</w:t>
      </w:r>
      <w:r>
        <w:t xml:space="preserve"> als </w:t>
      </w:r>
      <w:r>
        <w:rPr>
          <w:rStyle w:val="VT_Platzhalter"/>
        </w:rPr>
        <w:t>[FUNKTION_FRÜHER]</w:t>
      </w:r>
      <w:r>
        <w:t xml:space="preserve"> tätig.</w:t>
      </w:r>
    </w:p>
    <w:p>
      <w:pPr>
        <w:pStyle w:val="VT_Hinweis"/>
      </w:pPr>
      <w:r>
        <w:t>Hinweis, vor Versand löschen: Frühere Funktionen mit Dauer nennen; Satz löschen, falls keine.</w:t>
      </w:r>
    </w:p>
    <w:p>
      <w:pPr>
        <w:pStyle w:val="VT_Text"/>
      </w:pPr>
      <w:r>
        <w:rPr>
          <w:rStyle w:val="VT_Platzhalter"/>
        </w:rPr>
        <w:t>[SEIN_IHR]</w:t>
      </w:r>
      <w:r>
        <w:t xml:space="preserve"> Aufgaben umfassen insbesondere:</w:t>
      </w:r>
    </w:p>
    <w:p>
      <w:pPr>
        <w:pStyle w:val="VT_Aufzählung"/>
      </w:pPr>
      <w:r>
        <w:rPr>
          <w:rStyle w:val="VT_Platzhalter"/>
        </w:rPr>
        <w:t>[AUFGABE_1]</w:t>
      </w:r>
    </w:p>
    <w:p>
      <w:pPr>
        <w:pStyle w:val="VT_Aufzählung"/>
      </w:pPr>
      <w:r>
        <w:rPr>
          <w:rStyle w:val="VT_Platzhalter"/>
        </w:rPr>
        <w:t>[AUFGABE_2]</w:t>
      </w:r>
    </w:p>
    <w:p>
      <w:pPr>
        <w:pStyle w:val="VT_Aufzählung"/>
      </w:pPr>
      <w:r>
        <w:rPr>
          <w:rStyle w:val="VT_Platzhalter"/>
        </w:rPr>
        <w:t>[AUFGABE_3]</w:t>
      </w:r>
    </w:p>
    <w:p>
      <w:pPr>
        <w:pStyle w:val="VT_Aufzählung"/>
      </w:pPr>
      <w:r>
        <w:rPr>
          <w:rStyle w:val="VT_Platzhalter"/>
        </w:rPr>
        <w:t>[AUFGABE_4]</w:t>
      </w:r>
    </w:p>
    <w:p>
      <w:pPr>
        <w:pStyle w:val="VT_Aufzählung"/>
      </w:pPr>
      <w:r>
        <w:rPr>
          <w:rStyle w:val="VT_Platzhalter"/>
        </w:rPr>
        <w:t>[AUFGABE_5]</w:t>
      </w:r>
    </w:p>
    <w:p>
      <w:pPr>
        <w:pStyle w:val="VT_Aufzählung"/>
      </w:pPr>
      <w:r>
        <w:rPr>
          <w:rStyle w:val="VT_Platzhalter"/>
        </w:rPr>
        <w:t>[AUFGABE_6]</w:t>
      </w:r>
    </w:p>
    <w:p>
      <w:pPr>
        <w:pStyle w:val="VT_Aufzählung"/>
      </w:pPr>
      <w:r>
        <w:rPr>
          <w:rStyle w:val="VT_Platzhalter"/>
        </w:rPr>
        <w:t>[AUFGABE_7]</w:t>
      </w:r>
    </w:p>
    <w:p>
      <w:pPr>
        <w:pStyle w:val="VT_Aufzählung"/>
      </w:pPr>
      <w:r>
        <w:rPr>
          <w:rStyle w:val="VT_Platzhalter"/>
        </w:rPr>
        <w:t>[AUFGABE_8]</w:t>
      </w:r>
    </w:p>
    <w:p>
      <w:pPr>
        <w:pStyle w:val="VT_Hinweis"/>
      </w:pPr>
      <w:r>
        <w:t>Hinweis, vor Versand löschen: Vier bis acht Punkte, wichtigste zuerst, nominal formuliert. Leere Zeilen löschen.</w:t>
      </w:r>
    </w:p>
    <w:p>
      <w:pPr>
        <w:pStyle w:val="VT_Text"/>
        <w:spacing w:before="160"/>
      </w:pPr>
      <w:r>
        <w:rPr>
          <w:rStyle w:val="VT_Platzhalter"/>
        </w:rPr>
        <w:t>[Baustein FW: Fachwissen]</w:t>
      </w:r>
      <w:r>
        <w:t xml:space="preserve"> </w:t>
      </w:r>
      <w:r>
        <w:rPr>
          <w:rStyle w:val="VT_Platzhalter"/>
        </w:rPr>
        <w:t>[Baustein QUAL: Arbeitsqualität]</w:t>
      </w:r>
      <w:r>
        <w:t xml:space="preserve"> </w:t>
      </w:r>
      <w:r>
        <w:rPr>
          <w:rStyle w:val="VT_Platzhalter"/>
        </w:rPr>
        <w:t>[Baustein MENGE: Arbeitsmenge]</w:t>
      </w:r>
      <w:r>
        <w:t xml:space="preserve"> </w:t>
      </w:r>
      <w:r>
        <w:rPr>
          <w:rStyle w:val="VT_Platzhalter"/>
        </w:rPr>
        <w:t>[Baustein ZUV: Zuverlässigkeit]</w:t>
      </w:r>
      <w:r>
        <w:t xml:space="preserve"> </w:t>
      </w:r>
      <w:r>
        <w:rPr>
          <w:rStyle w:val="VT_Platzhalter"/>
        </w:rPr>
        <w:t>[Baustein LEI: Gesamtleistung]</w:t>
      </w:r>
    </w:p>
    <w:p>
      <w:pPr>
        <w:pStyle w:val="VT_Text"/>
      </w:pPr>
      <w:r>
        <w:rPr>
          <w:rStyle w:val="VT_Platzhalter"/>
        </w:rPr>
        <w:t>[Baustein FUE: Führung]</w:t>
      </w:r>
    </w:p>
    <w:p>
      <w:pPr>
        <w:pStyle w:val="VT_Hinweis"/>
      </w:pPr>
      <w:r>
        <w:t>Hinweis, vor Versand löschen: Nur bei Führungsfunktion, sonst Absatz löschen.</w:t>
      </w:r>
    </w:p>
    <w:p>
      <w:pPr>
        <w:pStyle w:val="VT_Text"/>
      </w:pPr>
      <w:r>
        <w:rPr>
          <w:rStyle w:val="VT_Platzhalter"/>
        </w:rPr>
        <w:t>[Baustein VH-INT: Verhalten intern]</w:t>
      </w:r>
      <w:r>
        <w:t xml:space="preserve"> </w:t>
      </w:r>
      <w:r>
        <w:rPr>
          <w:rStyle w:val="VT_Platzhalter"/>
        </w:rPr>
        <w:t>[Baustein VH-EXT: Verhalten gegenüber Kundschaft]</w:t>
      </w:r>
    </w:p>
    <w:p>
      <w:pPr>
        <w:pStyle w:val="VT_Text"/>
      </w:pPr>
      <w:r>
        <w:rPr>
          <w:rStyle w:val="VT_Platzhalter"/>
        </w:rPr>
        <w:t>[Baustein ZZ-ANL: Anlass]</w:t>
      </w:r>
      <w:r>
        <w:t xml:space="preserve"> </w:t>
      </w:r>
      <w:r>
        <w:rPr>
          <w:rStyle w:val="VT_Platzhalter"/>
        </w:rPr>
        <w:t>[Baustein SF-ZZ: Schlussformel]</w:t>
      </w:r>
    </w:p>
    <w:p>
      <w:pPr>
        <w:pStyle w:val="VT_Hinweis"/>
      </w:pPr>
      <w:r>
        <w:t>Hinweis, vor Versand löschen: Anlass nennen; eine Begründung des Wunsches ist nicht nötig. Schlussformel in derselben Stufe wie die Gesamtleistung.</w:t>
      </w:r>
    </w:p>
    <w:p>
      <w:pPr>
        <w:pStyle w:val="VT_Text"/>
        <w:keepNext/>
        <w:spacing w:before="280"/>
      </w:pPr>
      <w:r>
        <w:rPr>
          <w:rStyle w:val="VT_Platzhalter"/>
        </w:rPr>
        <w:t>[ORT]</w:t>
      </w:r>
      <w:r>
        <w:t xml:space="preserve">, </w:t>
      </w:r>
      <w:r>
        <w:rPr>
          <w:rStyle w:val="VT_Platzhalter"/>
        </w:rPr>
        <w:t>[DATUM]</w:t>
      </w:r>
    </w:p>
    <w:p>
      <w:pPr>
        <w:pStyle w:val="VT_Signatur"/>
        <w:spacing w:before="200"/>
      </w:pPr>
      <w:r>
        <w:rPr>
          <w:rStyle w:val="VT_Platzhalter"/>
        </w:rPr>
        <w:t>[ARBEITGEBER]</w:t>
      </w:r>
    </w:p>
    <w:p>
      <w:pPr>
        <w:pStyle w:val="VT_Signatur"/>
        <w:spacing w:before="840"/>
      </w:pPr>
      <w:r>
        <w:rPr>
          <w:rStyle w:val="VT_Platzhalter"/>
        </w:rPr>
        <w:t>[UNTERZEICHNER_1]</w:t>
      </w:r>
      <w:r>
        <w:tab/>
      </w:r>
      <w:r>
        <w:rPr>
          <w:rStyle w:val="VT_Platzhalter"/>
        </w:rPr>
        <w:t>[UNTERZEICHNER_2]</w:t>
      </w:r>
    </w:p>
    <w:p>
      <w:pPr>
        <w:pStyle w:val="VT_Signatur"/>
        <w:keepNext w:val="0"/>
      </w:pPr>
      <w:r>
        <w:rPr>
          <w:rStyle w:val="VT_Platzhalter"/>
        </w:rPr>
        <w:t>[FUNKTION_U1]</w:t>
      </w:r>
      <w:r>
        <w:tab/>
      </w:r>
      <w:r>
        <w:rPr>
          <w:rStyle w:val="VT_Platzhalter"/>
        </w:rPr>
        <w:t>[FUNKTION_U2]</w:t>
      </w:r>
    </w:p>
    <w:p>
      <w:pPr>
        <w:sectPr>
          <w:headerReference w:type="first" r:id="rId15"/>
          <w:footerReference w:type="first" r:id="rId16"/>
          <w:headerReference w:type="default" r:id="rId17"/>
          <w:footerReference w:type="default" r:id="rId18"/>
          <w:pgSz w:w="11906" w:h="16838"/>
          <w:pgMar w:top="1417" w:right="1417" w:bottom="1417" w:left="1417" w:header="680" w:footer="680" w:gutter="0"/>
          <w:pgNumType w:start="1"/>
          <w:cols w:space="720"/>
          <w:titlePg/>
          <w:docGrid w:linePitch="360"/>
        </w:sectPr>
      </w:pPr>
    </w:p>
    <w:p>
      <w:pPr>
        <w:pStyle w:val="VT_Hinweis"/>
      </w:pPr>
      <w:r>
        <w:t>Hinweis, vor Versand löschen: Teil C, Arbeitsbestätigung nach Art. 330a Abs. 2 OR. Nur auf besonderes Verlangen ausstellen; kann zusätzlich zum Vollzeugnis verlangt werden (OGer ZH RU180008). Keine Aussagen zu Leistung oder Verhalten.</w:t>
      </w:r>
    </w:p>
    <w:p>
      <w:pPr>
        <w:pStyle w:val="VT_Titel"/>
      </w:pPr>
      <w:r>
        <w:t>Arbeitsbestätigung</w:t>
      </w:r>
    </w:p>
    <w:p>
      <w:pPr>
        <w:pStyle w:val="VT_Text"/>
      </w:pPr>
      <w:r>
        <w:rPr>
          <w:rStyle w:val="VT_Platzhalter"/>
        </w:rPr>
        <w:t>[ANREDE]</w:t>
      </w:r>
      <w:r>
        <w:t xml:space="preserve"> </w:t>
      </w:r>
      <w:r>
        <w:rPr>
          <w:rStyle w:val="VT_Platzhalter"/>
        </w:rPr>
        <w:t>[VORNAME]</w:t>
      </w:r>
      <w:r>
        <w:t xml:space="preserve"> </w:t>
      </w:r>
      <w:r>
        <w:rPr>
          <w:rStyle w:val="VT_Platzhalter"/>
        </w:rPr>
        <w:t>[NACHNAME]</w:t>
      </w:r>
      <w:r>
        <w:t xml:space="preserve">, geboren am </w:t>
      </w:r>
      <w:r>
        <w:rPr>
          <w:rStyle w:val="VT_Platzhalter"/>
        </w:rPr>
        <w:t>[GEBURTSDATUM]</w:t>
      </w:r>
      <w:r>
        <w:t xml:space="preserve">, war vom </w:t>
      </w:r>
      <w:r>
        <w:rPr>
          <w:rStyle w:val="VT_Platzhalter"/>
        </w:rPr>
        <w:t>[EINTRITT]</w:t>
      </w:r>
      <w:r>
        <w:t xml:space="preserve"> bis </w:t>
      </w:r>
      <w:r>
        <w:rPr>
          <w:rStyle w:val="VT_Platzhalter"/>
        </w:rPr>
        <w:t>[AUSTRITT]</w:t>
      </w:r>
      <w:r>
        <w:t xml:space="preserve"> bei der </w:t>
      </w:r>
      <w:r>
        <w:rPr>
          <w:rStyle w:val="VT_Platzhalter"/>
        </w:rPr>
        <w:t>[ARBEITGEBER]</w:t>
      </w:r>
      <w:r>
        <w:t xml:space="preserve"> in </w:t>
      </w:r>
      <w:r>
        <w:rPr>
          <w:rStyle w:val="VT_Platzhalter"/>
        </w:rPr>
        <w:t>[ARBEITSORT]</w:t>
      </w:r>
      <w:r>
        <w:t xml:space="preserve"> als </w:t>
      </w:r>
      <w:r>
        <w:rPr>
          <w:rStyle w:val="VT_Platzhalter"/>
        </w:rPr>
        <w:t>[FUNKTION]</w:t>
      </w:r>
      <w:r>
        <w:t xml:space="preserve"> mit einem Pensum von </w:t>
      </w:r>
      <w:r>
        <w:rPr>
          <w:rStyle w:val="VT_Platzhalter"/>
        </w:rPr>
        <w:t>[PENSUM]</w:t>
      </w:r>
      <w:r>
        <w:t xml:space="preserve"> angestellt.</w:t>
      </w:r>
    </w:p>
    <w:p>
      <w:pPr>
        <w:pStyle w:val="VT_Text"/>
      </w:pPr>
      <w:r>
        <w:rPr>
          <w:rStyle w:val="VT_Platzhalter"/>
        </w:rPr>
        <w:t>[SEIN_IHR]</w:t>
      </w:r>
      <w:r>
        <w:t xml:space="preserve"> Hauptaufgaben waren:</w:t>
      </w:r>
    </w:p>
    <w:p>
      <w:pPr>
        <w:pStyle w:val="VT_Aufzählung"/>
      </w:pPr>
      <w:r>
        <w:rPr>
          <w:rStyle w:val="VT_Platzhalter"/>
        </w:rPr>
        <w:t>[AUFGABE_1]</w:t>
      </w:r>
    </w:p>
    <w:p>
      <w:pPr>
        <w:pStyle w:val="VT_Aufzählung"/>
      </w:pPr>
      <w:r>
        <w:rPr>
          <w:rStyle w:val="VT_Platzhalter"/>
        </w:rPr>
        <w:t>[AUFGABE_2]</w:t>
      </w:r>
    </w:p>
    <w:p>
      <w:pPr>
        <w:pStyle w:val="VT_Aufzählung"/>
      </w:pPr>
      <w:r>
        <w:rPr>
          <w:rStyle w:val="VT_Platzhalter"/>
        </w:rPr>
        <w:t>[AUFGABE_3]</w:t>
      </w:r>
    </w:p>
    <w:p>
      <w:pPr>
        <w:pStyle w:val="VT_Aufzählung"/>
      </w:pPr>
      <w:r>
        <w:rPr>
          <w:rStyle w:val="VT_Platzhalter"/>
        </w:rPr>
        <w:t>[AUFGABE_4]</w:t>
      </w:r>
    </w:p>
    <w:p>
      <w:pPr>
        <w:pStyle w:val="VT_Hinweis"/>
      </w:pPr>
      <w:r>
        <w:t>Hinweis, vor Versand löschen: Aufgabenliste optional; ohne Liste den Satz davor ebenfalls löschen.</w:t>
      </w:r>
    </w:p>
    <w:p>
      <w:pPr>
        <w:pStyle w:val="VT_Text"/>
        <w:spacing w:before="160"/>
      </w:pPr>
      <w:r>
        <w:t xml:space="preserve">Diese Arbeitsbestätigung wird auf Wunsch von </w:t>
      </w:r>
      <w:r>
        <w:rPr>
          <w:rStyle w:val="VT_Platzhalter"/>
        </w:rPr>
        <w:t>[ANREDE]</w:t>
      </w:r>
      <w:r>
        <w:t xml:space="preserve"> </w:t>
      </w:r>
      <w:r>
        <w:rPr>
          <w:rStyle w:val="VT_Platzhalter"/>
        </w:rPr>
        <w:t>[NACHNAME]</w:t>
      </w:r>
      <w:r>
        <w:t xml:space="preserve"> ausgestellt.</w:t>
      </w:r>
    </w:p>
    <w:p>
      <w:pPr>
        <w:pStyle w:val="VT_Text"/>
        <w:keepNext/>
        <w:spacing w:before="280"/>
      </w:pPr>
      <w:r>
        <w:rPr>
          <w:rStyle w:val="VT_Platzhalter"/>
        </w:rPr>
        <w:t>[ORT]</w:t>
      </w:r>
      <w:r>
        <w:t xml:space="preserve">, </w:t>
      </w:r>
      <w:r>
        <w:rPr>
          <w:rStyle w:val="VT_Platzhalter"/>
        </w:rPr>
        <w:t>[DATUM]</w:t>
      </w:r>
    </w:p>
    <w:p>
      <w:pPr>
        <w:pStyle w:val="VT_Signatur"/>
        <w:spacing w:before="200"/>
      </w:pPr>
      <w:r>
        <w:rPr>
          <w:rStyle w:val="VT_Platzhalter"/>
        </w:rPr>
        <w:t>[ARBEITGEBER]</w:t>
      </w:r>
    </w:p>
    <w:p>
      <w:pPr>
        <w:pStyle w:val="VT_Signatur"/>
        <w:spacing w:before="840"/>
      </w:pPr>
      <w:r>
        <w:rPr>
          <w:rStyle w:val="VT_Platzhalter"/>
        </w:rPr>
        <w:t>[UNTERZEICHNER_1]</w:t>
      </w:r>
      <w:r>
        <w:tab/>
      </w:r>
      <w:r>
        <w:rPr>
          <w:rStyle w:val="VT_Platzhalter"/>
        </w:rPr>
        <w:t>[UNTERZEICHNER_2]</w:t>
      </w:r>
    </w:p>
    <w:p>
      <w:pPr>
        <w:pStyle w:val="VT_Signatur"/>
        <w:keepNext w:val="0"/>
      </w:pPr>
      <w:r>
        <w:rPr>
          <w:rStyle w:val="VT_Platzhalter"/>
        </w:rPr>
        <w:t>[FUNKTION_U1]</w:t>
      </w:r>
      <w:r>
        <w:tab/>
      </w:r>
      <w:r>
        <w:rPr>
          <w:rStyle w:val="VT_Platzhalter"/>
        </w:rPr>
        <w:t>[FUNKTION_U2]</w:t>
      </w:r>
    </w:p>
    <w:p>
      <w:pPr>
        <w:sectPr>
          <w:headerReference w:type="first" r:id="rId19"/>
          <w:footerReference w:type="first" r:id="rId20"/>
          <w:headerReference w:type="default" r:id="rId21"/>
          <w:footerReference w:type="default" r:id="rId22"/>
          <w:pgSz w:w="11906" w:h="16838"/>
          <w:pgMar w:top="1417" w:right="1417" w:bottom="1417" w:left="1417" w:header="680" w:footer="680" w:gutter="0"/>
          <w:pgNumType w:start="1"/>
          <w:cols w:space="720"/>
          <w:titlePg/>
          <w:docGrid w:linePitch="360"/>
        </w:sectPr>
      </w:pPr>
    </w:p>
    <w:p>
      <w:pPr>
        <w:pStyle w:val="VT_Text"/>
        <w:spacing w:after="80"/>
      </w:pPr>
      <w:r>
        <w:rPr>
          <w:b/>
          <w:color w:val="B4693E"/>
          <w:sz w:val="17"/>
        </w:rPr>
        <w:t>TEIL D  |  VOR VERSAND LÖSCHEN</w:t>
      </w:r>
    </w:p>
    <w:p>
      <w:pPr>
        <w:pStyle w:val="Heading1"/>
      </w:pPr>
      <w:r>
        <w:t>Bausteinkatalog</w:t>
      </w:r>
    </w:p>
    <w:p>
      <w:pPr>
        <w:pStyle w:val="VT_Text"/>
      </w:pPr>
      <w:r>
        <w:t xml:space="preserve">Pro Kriterium genau einen Baustein wählen. Stufen: </w:t>
      </w:r>
      <w:r>
        <w:rPr>
          <w:b/>
        </w:rPr>
        <w:t>A sehr gut, B gut, C genügend, D ungenügend.</w:t>
      </w:r>
      <w:r>
        <w:t xml:space="preserve"> Schlusszeugnis in der Vergangenheit, Zwischenzeugnis im Präsens. Stufe D nur, wenn der Punkt erheblich und im Personaldossier schriftlich belegt ist. Alle Bausteine sind redaktionelle Formulierungsvorschläge auf Basis der Leitfäden der Kantone Bern und Solothurn sowie der Universität Basel, keine rechtlich vorgeschriebenen Texte.</w:t>
      </w:r>
    </w:p>
    <w:p>
      <w:pPr>
        <w:pStyle w:val="Heading2"/>
      </w:pPr>
      <w:r>
        <w:t>Fachwissen</w:t>
      </w:r>
      <w:r>
        <w:rPr>
          <w:b w:val="0"/>
          <w:color w:val="B4693E"/>
          <w:sz w:val="17"/>
        </w:rPr>
        <w:t xml:space="preserve">   FW</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FW-A</w:t>
            </w:r>
          </w:p>
          <w:p>
            <w:pPr>
              <w:pStyle w:val="VT_Tabelle"/>
            </w:pPr>
            <w:r>
              <w:rPr>
                <w:b/>
                <w:color w:val="B4693E"/>
                <w:sz w:val="16"/>
              </w:rPr>
              <w:t>A sehr gut</w:t>
            </w:r>
          </w:p>
        </w:tc>
        <w:tc>
          <w:tcPr>
            <w:tcW w:type="dxa" w:w="3770"/>
          </w:tcPr>
          <w:p>
            <w:pPr>
              <w:pStyle w:val="VT_Tabelle"/>
            </w:pPr>
            <w:r>
              <w:rPr>
                <w:rStyle w:val="VT_Platzhalter"/>
              </w:rPr>
              <w:t>[ANREDE]</w:t>
            </w:r>
            <w:r>
              <w:t xml:space="preserve"> </w:t>
            </w:r>
            <w:r>
              <w:rPr>
                <w:rStyle w:val="VT_Platzhalter"/>
              </w:rPr>
              <w:t>[NACHNAME]</w:t>
            </w:r>
            <w:r>
              <w:t xml:space="preserve"> verfügte über ein hervorragendes und breites Fachwissen, das </w:t>
            </w:r>
            <w:r>
              <w:rPr>
                <w:rStyle w:val="VT_Platzhalter"/>
              </w:rPr>
              <w:t>[ER_SIE]</w:t>
            </w:r>
            <w:r>
              <w:t xml:space="preserve"> jederzeit gezielt in der Praxis einsetzte.</w:t>
            </w:r>
          </w:p>
        </w:tc>
        <w:tc>
          <w:tcPr>
            <w:tcW w:type="dxa" w:w="3770"/>
          </w:tcPr>
          <w:p>
            <w:pPr>
              <w:pStyle w:val="VT_Tabelle"/>
            </w:pPr>
            <w:r>
              <w:rPr>
                <w:rStyle w:val="VT_Platzhalter"/>
              </w:rPr>
              <w:t>[ANREDE]</w:t>
            </w:r>
            <w:r>
              <w:t xml:space="preserve"> </w:t>
            </w:r>
            <w:r>
              <w:rPr>
                <w:rStyle w:val="VT_Platzhalter"/>
              </w:rPr>
              <w:t>[NACHNAME]</w:t>
            </w:r>
            <w:r>
              <w:t xml:space="preserve"> verfügt über ein hervorragendes und breites Fachwissen, das </w:t>
            </w:r>
            <w:r>
              <w:rPr>
                <w:rStyle w:val="VT_Platzhalter"/>
              </w:rPr>
              <w:t>[ER_SIE]</w:t>
            </w:r>
            <w:r>
              <w:t xml:space="preserve"> jederzeit gezielt in der Praxis einsetzt.</w:t>
            </w:r>
          </w:p>
        </w:tc>
      </w:tr>
      <w:tr>
        <w:trPr>
          <w:cantSplit w:val="true"/>
        </w:trPr>
        <w:tc>
          <w:tcPr>
            <w:tcW w:type="dxa" w:w="1531"/>
            <w:shd w:val="clear" w:color="auto" w:fill="F1F3F7"/>
          </w:tcPr>
          <w:p>
            <w:pPr>
              <w:pStyle w:val="VT_Tabelle"/>
            </w:pPr>
            <w:r>
              <w:rPr>
                <w:b/>
                <w:color w:val="13233F"/>
              </w:rPr>
              <w:t>FW-B</w:t>
            </w:r>
          </w:p>
          <w:p>
            <w:pPr>
              <w:pStyle w:val="VT_Tabelle"/>
            </w:pPr>
            <w:r>
              <w:rPr>
                <w:b/>
                <w:color w:val="B4693E"/>
                <w:sz w:val="16"/>
              </w:rPr>
              <w:t>B gut</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verfügte über ein gutes Fachwissen, das </w:t>
            </w:r>
            <w:r>
              <w:rPr>
                <w:rStyle w:val="VT_Platzhalter"/>
              </w:rPr>
              <w:t>[ER_SIE]</w:t>
            </w:r>
            <w:r>
              <w:t xml:space="preserve"> sicher in der Praxis einsetzte.</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verfügt über ein gutes Fachwissen, das </w:t>
            </w:r>
            <w:r>
              <w:rPr>
                <w:rStyle w:val="VT_Platzhalter"/>
              </w:rPr>
              <w:t>[ER_SIE]</w:t>
            </w:r>
            <w:r>
              <w:t xml:space="preserve"> sicher in der Praxis einsetzt.</w:t>
            </w:r>
          </w:p>
        </w:tc>
      </w:tr>
      <w:tr>
        <w:trPr>
          <w:cantSplit w:val="true"/>
        </w:trPr>
        <w:tc>
          <w:tcPr>
            <w:tcW w:type="dxa" w:w="1531"/>
          </w:tcPr>
          <w:p>
            <w:pPr>
              <w:pStyle w:val="VT_Tabelle"/>
            </w:pPr>
            <w:r>
              <w:rPr>
                <w:b/>
                <w:color w:val="13233F"/>
              </w:rPr>
              <w:t>FW-C</w:t>
            </w:r>
          </w:p>
          <w:p>
            <w:pPr>
              <w:pStyle w:val="VT_Tabelle"/>
            </w:pPr>
            <w:r>
              <w:rPr>
                <w:b/>
                <w:color w:val="B4693E"/>
                <w:sz w:val="16"/>
              </w:rPr>
              <w:t>C genügend</w:t>
            </w:r>
          </w:p>
        </w:tc>
        <w:tc>
          <w:tcPr>
            <w:tcW w:type="dxa" w:w="3770"/>
          </w:tcPr>
          <w:p>
            <w:pPr>
              <w:pStyle w:val="VT_Tabelle"/>
            </w:pPr>
            <w:r>
              <w:rPr>
                <w:rStyle w:val="VT_Platzhalter"/>
              </w:rPr>
              <w:t>[ANREDE]</w:t>
            </w:r>
            <w:r>
              <w:t xml:space="preserve"> </w:t>
            </w:r>
            <w:r>
              <w:rPr>
                <w:rStyle w:val="VT_Platzhalter"/>
              </w:rPr>
              <w:t>[NACHNAME]</w:t>
            </w:r>
            <w:r>
              <w:t xml:space="preserve"> verfügte über das für </w:t>
            </w:r>
            <w:r>
              <w:rPr>
                <w:rStyle w:val="VT_Platzhalter"/>
              </w:rPr>
              <w:t>[SEIN_IHR]</w:t>
            </w:r>
            <w:r>
              <w:t xml:space="preserve"> Aufgaben nötige Fachwissen.</w:t>
            </w:r>
          </w:p>
        </w:tc>
        <w:tc>
          <w:tcPr>
            <w:tcW w:type="dxa" w:w="3770"/>
          </w:tcPr>
          <w:p>
            <w:pPr>
              <w:pStyle w:val="VT_Tabelle"/>
            </w:pPr>
            <w:r>
              <w:rPr>
                <w:rStyle w:val="VT_Platzhalter"/>
              </w:rPr>
              <w:t>[ANREDE]</w:t>
            </w:r>
            <w:r>
              <w:t xml:space="preserve"> </w:t>
            </w:r>
            <w:r>
              <w:rPr>
                <w:rStyle w:val="VT_Platzhalter"/>
              </w:rPr>
              <w:t>[NACHNAME]</w:t>
            </w:r>
            <w:r>
              <w:t xml:space="preserve"> verfügt über das für </w:t>
            </w:r>
            <w:r>
              <w:rPr>
                <w:rStyle w:val="VT_Platzhalter"/>
              </w:rPr>
              <w:t>[SEIN_IHR]</w:t>
            </w:r>
            <w:r>
              <w:t xml:space="preserve"> Aufgaben nötige Fachwissen.</w:t>
            </w:r>
          </w:p>
        </w:tc>
      </w:tr>
      <w:tr>
        <w:trPr>
          <w:cantSplit w:val="true"/>
        </w:trPr>
        <w:tc>
          <w:tcPr>
            <w:tcW w:type="dxa" w:w="1531"/>
            <w:shd w:val="clear" w:color="auto" w:fill="F1F3F7"/>
          </w:tcPr>
          <w:p>
            <w:pPr>
              <w:pStyle w:val="VT_Tabelle"/>
            </w:pPr>
            <w:r>
              <w:rPr>
                <w:b/>
                <w:color w:val="13233F"/>
              </w:rPr>
              <w:t>FW-D</w:t>
            </w:r>
          </w:p>
          <w:p>
            <w:pPr>
              <w:pStyle w:val="VT_Tabelle"/>
            </w:pPr>
            <w:r>
              <w:rPr>
                <w:b/>
                <w:color w:val="B4693E"/>
                <w:sz w:val="16"/>
              </w:rPr>
              <w:t>D ungenügend</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verfügte in den Kernbereichen </w:t>
            </w:r>
            <w:r>
              <w:rPr>
                <w:rStyle w:val="VT_Platzhalter"/>
              </w:rPr>
              <w:t>[SEIN_IHR]</w:t>
            </w:r>
            <w:r>
              <w:t xml:space="preserve"> Funktion über das nötige Fachwissen, in </w:t>
            </w:r>
            <w:r>
              <w:rPr>
                <w:rStyle w:val="VT_Platzhalter"/>
              </w:rPr>
              <w:t>[BEREICH]</w:t>
            </w:r>
            <w:r>
              <w:t xml:space="preserve"> noch nicht in vollem Umfang.</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verfügt in den Kernbereichen </w:t>
            </w:r>
            <w:r>
              <w:rPr>
                <w:rStyle w:val="VT_Platzhalter"/>
              </w:rPr>
              <w:t>[SEIN_IHR]</w:t>
            </w:r>
            <w:r>
              <w:t xml:space="preserve"> Funktion über das nötige Fachwissen, in </w:t>
            </w:r>
            <w:r>
              <w:rPr>
                <w:rStyle w:val="VT_Platzhalter"/>
              </w:rPr>
              <w:t>[BEREICH]</w:t>
            </w:r>
            <w:r>
              <w:t xml:space="preserve"> noch nicht in vollem Umfang.</w:t>
            </w:r>
          </w:p>
        </w:tc>
      </w:tr>
    </w:tbl>
    <w:p>
      <w:pPr>
        <w:pStyle w:val="VT_Klein"/>
        <w:spacing w:after="40"/>
      </w:pPr>
    </w:p>
    <w:p>
      <w:pPr>
        <w:pStyle w:val="Heading2"/>
      </w:pPr>
      <w:r>
        <w:t>Arbeitsqualität</w:t>
      </w:r>
      <w:r>
        <w:rPr>
          <w:b w:val="0"/>
          <w:color w:val="B4693E"/>
          <w:sz w:val="17"/>
        </w:rPr>
        <w:t xml:space="preserve">   QUAL</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QUAL-A</w:t>
            </w:r>
          </w:p>
          <w:p>
            <w:pPr>
              <w:pStyle w:val="VT_Tabelle"/>
            </w:pPr>
            <w:r>
              <w:rPr>
                <w:b/>
                <w:color w:val="B4693E"/>
                <w:sz w:val="16"/>
              </w:rPr>
              <w:t>A sehr gut</w:t>
            </w:r>
          </w:p>
        </w:tc>
        <w:tc>
          <w:tcPr>
            <w:tcW w:type="dxa" w:w="3770"/>
          </w:tcPr>
          <w:p>
            <w:pPr>
              <w:pStyle w:val="VT_Tabelle"/>
            </w:pPr>
            <w:r>
              <w:rPr>
                <w:rStyle w:val="VT_Platzhalter"/>
              </w:rPr>
              <w:t>[ER_SIE]</w:t>
            </w:r>
            <w:r>
              <w:t xml:space="preserve"> arbeitete äusserst sorgfältig, exakt und selbständig.</w:t>
            </w:r>
          </w:p>
        </w:tc>
        <w:tc>
          <w:tcPr>
            <w:tcW w:type="dxa" w:w="3770"/>
          </w:tcPr>
          <w:p>
            <w:pPr>
              <w:pStyle w:val="VT_Tabelle"/>
            </w:pPr>
            <w:r>
              <w:rPr>
                <w:rStyle w:val="VT_Platzhalter"/>
              </w:rPr>
              <w:t>[ER_SIE]</w:t>
            </w:r>
            <w:r>
              <w:t xml:space="preserve"> arbeitet äusserst sorgfältig, exakt und selbständig.</w:t>
            </w:r>
          </w:p>
        </w:tc>
      </w:tr>
      <w:tr>
        <w:trPr>
          <w:cantSplit w:val="true"/>
        </w:trPr>
        <w:tc>
          <w:tcPr>
            <w:tcW w:type="dxa" w:w="1531"/>
            <w:shd w:val="clear" w:color="auto" w:fill="F1F3F7"/>
          </w:tcPr>
          <w:p>
            <w:pPr>
              <w:pStyle w:val="VT_Tabelle"/>
            </w:pPr>
            <w:r>
              <w:rPr>
                <w:b/>
                <w:color w:val="13233F"/>
              </w:rPr>
              <w:t>QUAL-B</w:t>
            </w:r>
          </w:p>
          <w:p>
            <w:pPr>
              <w:pStyle w:val="VT_Tabelle"/>
            </w:pPr>
            <w:r>
              <w:rPr>
                <w:b/>
                <w:color w:val="B4693E"/>
                <w:sz w:val="16"/>
              </w:rPr>
              <w:t>B gut</w:t>
            </w:r>
          </w:p>
        </w:tc>
        <w:tc>
          <w:tcPr>
            <w:tcW w:type="dxa" w:w="3770"/>
            <w:shd w:val="clear" w:color="auto" w:fill="F1F3F7"/>
          </w:tcPr>
          <w:p>
            <w:pPr>
              <w:pStyle w:val="VT_Tabelle"/>
            </w:pPr>
            <w:r>
              <w:rPr>
                <w:rStyle w:val="VT_Platzhalter"/>
              </w:rPr>
              <w:t>[ER_SIE]</w:t>
            </w:r>
            <w:r>
              <w:t xml:space="preserve"> arbeitete sorgfältig, genau und selbständig.</w:t>
            </w:r>
          </w:p>
        </w:tc>
        <w:tc>
          <w:tcPr>
            <w:tcW w:type="dxa" w:w="3770"/>
            <w:shd w:val="clear" w:color="auto" w:fill="F1F3F7"/>
          </w:tcPr>
          <w:p>
            <w:pPr>
              <w:pStyle w:val="VT_Tabelle"/>
            </w:pPr>
            <w:r>
              <w:rPr>
                <w:rStyle w:val="VT_Platzhalter"/>
              </w:rPr>
              <w:t>[ER_SIE]</w:t>
            </w:r>
            <w:r>
              <w:t xml:space="preserve"> arbeitet sorgfältig, genau und selbständig.</w:t>
            </w:r>
          </w:p>
        </w:tc>
      </w:tr>
      <w:tr>
        <w:trPr>
          <w:cantSplit w:val="true"/>
        </w:trPr>
        <w:tc>
          <w:tcPr>
            <w:tcW w:type="dxa" w:w="1531"/>
          </w:tcPr>
          <w:p>
            <w:pPr>
              <w:pStyle w:val="VT_Tabelle"/>
            </w:pPr>
            <w:r>
              <w:rPr>
                <w:b/>
                <w:color w:val="13233F"/>
              </w:rPr>
              <w:t>QUAL-C</w:t>
            </w:r>
          </w:p>
          <w:p>
            <w:pPr>
              <w:pStyle w:val="VT_Tabelle"/>
            </w:pPr>
            <w:r>
              <w:rPr>
                <w:b/>
                <w:color w:val="B4693E"/>
                <w:sz w:val="16"/>
              </w:rPr>
              <w:t>C genügend</w:t>
            </w:r>
          </w:p>
        </w:tc>
        <w:tc>
          <w:tcPr>
            <w:tcW w:type="dxa" w:w="3770"/>
          </w:tcPr>
          <w:p>
            <w:pPr>
              <w:pStyle w:val="VT_Tabelle"/>
            </w:pPr>
            <w:r>
              <w:rPr>
                <w:rStyle w:val="VT_Platzhalter"/>
              </w:rPr>
              <w:t>[ER_SIE]</w:t>
            </w:r>
            <w:r>
              <w:t xml:space="preserve"> arbeitete im Allgemeinen sorgfältig und genau.</w:t>
            </w:r>
          </w:p>
        </w:tc>
        <w:tc>
          <w:tcPr>
            <w:tcW w:type="dxa" w:w="3770"/>
          </w:tcPr>
          <w:p>
            <w:pPr>
              <w:pStyle w:val="VT_Tabelle"/>
            </w:pPr>
            <w:r>
              <w:rPr>
                <w:rStyle w:val="VT_Platzhalter"/>
              </w:rPr>
              <w:t>[ER_SIE]</w:t>
            </w:r>
            <w:r>
              <w:t xml:space="preserve"> arbeitet im Allgemeinen sorgfältig und genau.</w:t>
            </w:r>
          </w:p>
        </w:tc>
      </w:tr>
      <w:tr>
        <w:trPr>
          <w:cantSplit w:val="true"/>
        </w:trPr>
        <w:tc>
          <w:tcPr>
            <w:tcW w:type="dxa" w:w="1531"/>
            <w:shd w:val="clear" w:color="auto" w:fill="F1F3F7"/>
          </w:tcPr>
          <w:p>
            <w:pPr>
              <w:pStyle w:val="VT_Tabelle"/>
            </w:pPr>
            <w:r>
              <w:rPr>
                <w:b/>
                <w:color w:val="13233F"/>
              </w:rPr>
              <w:t>QUAL-D</w:t>
            </w:r>
          </w:p>
          <w:p>
            <w:pPr>
              <w:pStyle w:val="VT_Tabelle"/>
            </w:pPr>
            <w:r>
              <w:rPr>
                <w:b/>
                <w:color w:val="B4693E"/>
                <w:sz w:val="16"/>
              </w:rPr>
              <w:t>D ungenügend</w:t>
            </w:r>
          </w:p>
        </w:tc>
        <w:tc>
          <w:tcPr>
            <w:tcW w:type="dxa" w:w="3770"/>
            <w:shd w:val="clear" w:color="auto" w:fill="F1F3F7"/>
          </w:tcPr>
          <w:p>
            <w:pPr>
              <w:pStyle w:val="VT_Tabelle"/>
            </w:pPr>
            <w:r>
              <w:rPr>
                <w:rStyle w:val="VT_Platzhalter"/>
              </w:rPr>
              <w:t>[ER_SIE]</w:t>
            </w:r>
            <w:r>
              <w:t xml:space="preserve"> arbeitete in Routineaufgaben genau, bei </w:t>
            </w:r>
            <w:r>
              <w:rPr>
                <w:rStyle w:val="VT_Platzhalter"/>
              </w:rPr>
              <w:t>[BEREICH]</w:t>
            </w:r>
            <w:r>
              <w:t xml:space="preserve"> war die Sorgfalt nicht immer ausreichend.</w:t>
            </w:r>
          </w:p>
        </w:tc>
        <w:tc>
          <w:tcPr>
            <w:tcW w:type="dxa" w:w="3770"/>
            <w:shd w:val="clear" w:color="auto" w:fill="F1F3F7"/>
          </w:tcPr>
          <w:p>
            <w:pPr>
              <w:pStyle w:val="VT_Tabelle"/>
            </w:pPr>
            <w:r>
              <w:rPr>
                <w:rStyle w:val="VT_Platzhalter"/>
              </w:rPr>
              <w:t>[ER_SIE]</w:t>
            </w:r>
            <w:r>
              <w:t xml:space="preserve"> arbeitet in Routineaufgaben genau, bei </w:t>
            </w:r>
            <w:r>
              <w:rPr>
                <w:rStyle w:val="VT_Platzhalter"/>
              </w:rPr>
              <w:t>[BEREICH]</w:t>
            </w:r>
            <w:r>
              <w:t xml:space="preserve"> ist die Sorgfalt nicht immer ausreichend.</w:t>
            </w:r>
          </w:p>
        </w:tc>
      </w:tr>
    </w:tbl>
    <w:p>
      <w:pPr>
        <w:pStyle w:val="VT_Klein"/>
        <w:spacing w:after="40"/>
      </w:pPr>
    </w:p>
    <w:p>
      <w:pPr>
        <w:pStyle w:val="Heading2"/>
      </w:pPr>
      <w:r>
        <w:t>Arbeitsmenge und Effizienz</w:t>
      </w:r>
      <w:r>
        <w:rPr>
          <w:b w:val="0"/>
          <w:color w:val="B4693E"/>
          <w:sz w:val="17"/>
        </w:rPr>
        <w:t xml:space="preserve">   MENGE</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MENGE-A</w:t>
            </w:r>
          </w:p>
          <w:p>
            <w:pPr>
              <w:pStyle w:val="VT_Tabelle"/>
            </w:pPr>
            <w:r>
              <w:rPr>
                <w:b/>
                <w:color w:val="B4693E"/>
                <w:sz w:val="16"/>
              </w:rPr>
              <w:t>A sehr gut</w:t>
            </w:r>
          </w:p>
        </w:tc>
        <w:tc>
          <w:tcPr>
            <w:tcW w:type="dxa" w:w="3770"/>
          </w:tcPr>
          <w:p>
            <w:pPr>
              <w:pStyle w:val="VT_Tabelle"/>
            </w:pPr>
            <w:r>
              <w:rPr>
                <w:rStyle w:val="VT_Platzhalter"/>
              </w:rPr>
              <w:t>[ER_SIE]</w:t>
            </w:r>
            <w:r>
              <w:t xml:space="preserve"> bewältigte ein hohes Arbeitsvolumen sehr effizient und setzte Prioritäten jederzeit richtig.</w:t>
            </w:r>
          </w:p>
        </w:tc>
        <w:tc>
          <w:tcPr>
            <w:tcW w:type="dxa" w:w="3770"/>
          </w:tcPr>
          <w:p>
            <w:pPr>
              <w:pStyle w:val="VT_Tabelle"/>
            </w:pPr>
            <w:r>
              <w:rPr>
                <w:rStyle w:val="VT_Platzhalter"/>
              </w:rPr>
              <w:t>[ER_SIE]</w:t>
            </w:r>
            <w:r>
              <w:t xml:space="preserve"> bewältigt ein hohes Arbeitsvolumen sehr effizient und setzt Prioritäten jederzeit richtig.</w:t>
            </w:r>
          </w:p>
        </w:tc>
      </w:tr>
      <w:tr>
        <w:trPr>
          <w:cantSplit w:val="true"/>
        </w:trPr>
        <w:tc>
          <w:tcPr>
            <w:tcW w:type="dxa" w:w="1531"/>
            <w:shd w:val="clear" w:color="auto" w:fill="F1F3F7"/>
          </w:tcPr>
          <w:p>
            <w:pPr>
              <w:pStyle w:val="VT_Tabelle"/>
            </w:pPr>
            <w:r>
              <w:rPr>
                <w:b/>
                <w:color w:val="13233F"/>
              </w:rPr>
              <w:t>MENGE-B</w:t>
            </w:r>
          </w:p>
          <w:p>
            <w:pPr>
              <w:pStyle w:val="VT_Tabelle"/>
            </w:pPr>
            <w:r>
              <w:rPr>
                <w:b/>
                <w:color w:val="B4693E"/>
                <w:sz w:val="16"/>
              </w:rPr>
              <w:t>B gut</w:t>
            </w:r>
          </w:p>
        </w:tc>
        <w:tc>
          <w:tcPr>
            <w:tcW w:type="dxa" w:w="3770"/>
            <w:shd w:val="clear" w:color="auto" w:fill="F1F3F7"/>
          </w:tcPr>
          <w:p>
            <w:pPr>
              <w:pStyle w:val="VT_Tabelle"/>
            </w:pPr>
            <w:r>
              <w:rPr>
                <w:rStyle w:val="VT_Platzhalter"/>
              </w:rPr>
              <w:t>[ER_SIE]</w:t>
            </w:r>
            <w:r>
              <w:t xml:space="preserve"> bewältigte das Arbeitsvolumen effizient und setzte Prioritäten richtig.</w:t>
            </w:r>
          </w:p>
        </w:tc>
        <w:tc>
          <w:tcPr>
            <w:tcW w:type="dxa" w:w="3770"/>
            <w:shd w:val="clear" w:color="auto" w:fill="F1F3F7"/>
          </w:tcPr>
          <w:p>
            <w:pPr>
              <w:pStyle w:val="VT_Tabelle"/>
            </w:pPr>
            <w:r>
              <w:rPr>
                <w:rStyle w:val="VT_Platzhalter"/>
              </w:rPr>
              <w:t>[ER_SIE]</w:t>
            </w:r>
            <w:r>
              <w:t xml:space="preserve"> bewältigt das Arbeitsvolumen effizient und setzt Prioritäten richtig.</w:t>
            </w:r>
          </w:p>
        </w:tc>
      </w:tr>
      <w:tr>
        <w:trPr>
          <w:cantSplit w:val="true"/>
        </w:trPr>
        <w:tc>
          <w:tcPr>
            <w:tcW w:type="dxa" w:w="1531"/>
          </w:tcPr>
          <w:p>
            <w:pPr>
              <w:pStyle w:val="VT_Tabelle"/>
            </w:pPr>
            <w:r>
              <w:rPr>
                <w:b/>
                <w:color w:val="13233F"/>
              </w:rPr>
              <w:t>MENGE-C</w:t>
            </w:r>
          </w:p>
          <w:p>
            <w:pPr>
              <w:pStyle w:val="VT_Tabelle"/>
            </w:pPr>
            <w:r>
              <w:rPr>
                <w:b/>
                <w:color w:val="B4693E"/>
                <w:sz w:val="16"/>
              </w:rPr>
              <w:t>C genügend</w:t>
            </w:r>
          </w:p>
        </w:tc>
        <w:tc>
          <w:tcPr>
            <w:tcW w:type="dxa" w:w="3770"/>
          </w:tcPr>
          <w:p>
            <w:pPr>
              <w:pStyle w:val="VT_Tabelle"/>
            </w:pPr>
            <w:r>
              <w:rPr>
                <w:rStyle w:val="VT_Platzhalter"/>
              </w:rPr>
              <w:t>[ER_SIE]</w:t>
            </w:r>
            <w:r>
              <w:t xml:space="preserve"> bewältigte das übliche Arbeitsvolumen.</w:t>
            </w:r>
          </w:p>
        </w:tc>
        <w:tc>
          <w:tcPr>
            <w:tcW w:type="dxa" w:w="3770"/>
          </w:tcPr>
          <w:p>
            <w:pPr>
              <w:pStyle w:val="VT_Tabelle"/>
            </w:pPr>
            <w:r>
              <w:rPr>
                <w:rStyle w:val="VT_Platzhalter"/>
              </w:rPr>
              <w:t>[ER_SIE]</w:t>
            </w:r>
            <w:r>
              <w:t xml:space="preserve"> bewältigt das übliche Arbeitsvolumen.</w:t>
            </w:r>
          </w:p>
        </w:tc>
      </w:tr>
      <w:tr>
        <w:trPr>
          <w:cantSplit w:val="true"/>
        </w:trPr>
        <w:tc>
          <w:tcPr>
            <w:tcW w:type="dxa" w:w="1531"/>
            <w:shd w:val="clear" w:color="auto" w:fill="F1F3F7"/>
          </w:tcPr>
          <w:p>
            <w:pPr>
              <w:pStyle w:val="VT_Tabelle"/>
            </w:pPr>
            <w:r>
              <w:rPr>
                <w:b/>
                <w:color w:val="13233F"/>
              </w:rPr>
              <w:t>MENGE-D</w:t>
            </w:r>
          </w:p>
          <w:p>
            <w:pPr>
              <w:pStyle w:val="VT_Tabelle"/>
            </w:pPr>
            <w:r>
              <w:rPr>
                <w:b/>
                <w:color w:val="B4693E"/>
                <w:sz w:val="16"/>
              </w:rPr>
              <w:t>D ungenügend</w:t>
            </w:r>
          </w:p>
        </w:tc>
        <w:tc>
          <w:tcPr>
            <w:tcW w:type="dxa" w:w="3770"/>
            <w:shd w:val="clear" w:color="auto" w:fill="F1F3F7"/>
          </w:tcPr>
          <w:p>
            <w:pPr>
              <w:pStyle w:val="VT_Tabelle"/>
            </w:pPr>
            <w:r>
              <w:rPr>
                <w:rStyle w:val="VT_Platzhalter"/>
              </w:rPr>
              <w:t>[ER_SIE]</w:t>
            </w:r>
            <w:r>
              <w:t xml:space="preserve"> bewältigte das Arbeitsvolumen nicht immer in der vorgesehenen Zeit.</w:t>
            </w:r>
          </w:p>
        </w:tc>
        <w:tc>
          <w:tcPr>
            <w:tcW w:type="dxa" w:w="3770"/>
            <w:shd w:val="clear" w:color="auto" w:fill="F1F3F7"/>
          </w:tcPr>
          <w:p>
            <w:pPr>
              <w:pStyle w:val="VT_Tabelle"/>
            </w:pPr>
            <w:r>
              <w:rPr>
                <w:rStyle w:val="VT_Platzhalter"/>
              </w:rPr>
              <w:t>[ER_SIE]</w:t>
            </w:r>
            <w:r>
              <w:t xml:space="preserve"> bewältigt das Arbeitsvolumen nicht immer in der vorgesehenen Zeit.</w:t>
            </w:r>
          </w:p>
        </w:tc>
      </w:tr>
    </w:tbl>
    <w:p>
      <w:pPr>
        <w:pStyle w:val="VT_Klein"/>
        <w:spacing w:after="40"/>
      </w:pPr>
    </w:p>
    <w:p>
      <w:pPr>
        <w:pStyle w:val="Heading2"/>
      </w:pPr>
      <w:r>
        <w:t>Zuverlässigkeit</w:t>
      </w:r>
      <w:r>
        <w:rPr>
          <w:b w:val="0"/>
          <w:color w:val="B4693E"/>
          <w:sz w:val="17"/>
        </w:rPr>
        <w:t xml:space="preserve">   ZUV  |  Grundlage Universität Basel</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ZUV-A</w:t>
            </w:r>
          </w:p>
          <w:p>
            <w:pPr>
              <w:pStyle w:val="VT_Tabelle"/>
            </w:pPr>
            <w:r>
              <w:rPr>
                <w:b/>
                <w:color w:val="B4693E"/>
                <w:sz w:val="16"/>
              </w:rPr>
              <w:t>A sehr gut</w:t>
            </w:r>
          </w:p>
        </w:tc>
        <w:tc>
          <w:tcPr>
            <w:tcW w:type="dxa" w:w="3770"/>
          </w:tcPr>
          <w:p>
            <w:pPr>
              <w:pStyle w:val="VT_Tabelle"/>
            </w:pPr>
            <w:r>
              <w:rPr>
                <w:rStyle w:val="VT_Platzhalter"/>
              </w:rPr>
              <w:t>[ER_SIE]</w:t>
            </w:r>
            <w:r>
              <w:t xml:space="preserve"> war äusserst zuverlässig und hielt Termine stets ein.</w:t>
            </w:r>
          </w:p>
        </w:tc>
        <w:tc>
          <w:tcPr>
            <w:tcW w:type="dxa" w:w="3770"/>
          </w:tcPr>
          <w:p>
            <w:pPr>
              <w:pStyle w:val="VT_Tabelle"/>
            </w:pPr>
            <w:r>
              <w:rPr>
                <w:rStyle w:val="VT_Platzhalter"/>
              </w:rPr>
              <w:t>[ER_SIE]</w:t>
            </w:r>
            <w:r>
              <w:t xml:space="preserve"> ist äusserst zuverlässig und hält Termine stets ein.</w:t>
            </w:r>
          </w:p>
        </w:tc>
      </w:tr>
      <w:tr>
        <w:trPr>
          <w:cantSplit w:val="true"/>
        </w:trPr>
        <w:tc>
          <w:tcPr>
            <w:tcW w:type="dxa" w:w="1531"/>
            <w:shd w:val="clear" w:color="auto" w:fill="F1F3F7"/>
          </w:tcPr>
          <w:p>
            <w:pPr>
              <w:pStyle w:val="VT_Tabelle"/>
            </w:pPr>
            <w:r>
              <w:rPr>
                <w:b/>
                <w:color w:val="13233F"/>
              </w:rPr>
              <w:t>ZUV-B</w:t>
            </w:r>
          </w:p>
          <w:p>
            <w:pPr>
              <w:pStyle w:val="VT_Tabelle"/>
            </w:pPr>
            <w:r>
              <w:rPr>
                <w:b/>
                <w:color w:val="B4693E"/>
                <w:sz w:val="16"/>
              </w:rPr>
              <w:t>B gut</w:t>
            </w:r>
          </w:p>
        </w:tc>
        <w:tc>
          <w:tcPr>
            <w:tcW w:type="dxa" w:w="3770"/>
            <w:shd w:val="clear" w:color="auto" w:fill="F1F3F7"/>
          </w:tcPr>
          <w:p>
            <w:pPr>
              <w:pStyle w:val="VT_Tabelle"/>
            </w:pPr>
            <w:r>
              <w:rPr>
                <w:rStyle w:val="VT_Platzhalter"/>
              </w:rPr>
              <w:t>[ER_SIE]</w:t>
            </w:r>
            <w:r>
              <w:t xml:space="preserve"> war sehr zuverlässig.</w:t>
            </w:r>
          </w:p>
        </w:tc>
        <w:tc>
          <w:tcPr>
            <w:tcW w:type="dxa" w:w="3770"/>
            <w:shd w:val="clear" w:color="auto" w:fill="F1F3F7"/>
          </w:tcPr>
          <w:p>
            <w:pPr>
              <w:pStyle w:val="VT_Tabelle"/>
            </w:pPr>
            <w:r>
              <w:rPr>
                <w:rStyle w:val="VT_Platzhalter"/>
              </w:rPr>
              <w:t>[ER_SIE]</w:t>
            </w:r>
            <w:r>
              <w:t xml:space="preserve"> ist sehr zuverlässig.</w:t>
            </w:r>
          </w:p>
        </w:tc>
      </w:tr>
      <w:tr>
        <w:trPr>
          <w:cantSplit w:val="true"/>
        </w:trPr>
        <w:tc>
          <w:tcPr>
            <w:tcW w:type="dxa" w:w="1531"/>
          </w:tcPr>
          <w:p>
            <w:pPr>
              <w:pStyle w:val="VT_Tabelle"/>
            </w:pPr>
            <w:r>
              <w:rPr>
                <w:b/>
                <w:color w:val="13233F"/>
              </w:rPr>
              <w:t>ZUV-C</w:t>
            </w:r>
          </w:p>
          <w:p>
            <w:pPr>
              <w:pStyle w:val="VT_Tabelle"/>
            </w:pPr>
            <w:r>
              <w:rPr>
                <w:b/>
                <w:color w:val="B4693E"/>
                <w:sz w:val="16"/>
              </w:rPr>
              <w:t>C genügend</w:t>
            </w:r>
          </w:p>
        </w:tc>
        <w:tc>
          <w:tcPr>
            <w:tcW w:type="dxa" w:w="3770"/>
          </w:tcPr>
          <w:p>
            <w:pPr>
              <w:pStyle w:val="VT_Tabelle"/>
            </w:pPr>
            <w:r>
              <w:rPr>
                <w:rStyle w:val="VT_Platzhalter"/>
              </w:rPr>
              <w:t>[ER_SIE]</w:t>
            </w:r>
            <w:r>
              <w:t xml:space="preserve"> war im Allgemeinen zuverlässig.</w:t>
            </w:r>
          </w:p>
        </w:tc>
        <w:tc>
          <w:tcPr>
            <w:tcW w:type="dxa" w:w="3770"/>
          </w:tcPr>
          <w:p>
            <w:pPr>
              <w:pStyle w:val="VT_Tabelle"/>
            </w:pPr>
            <w:r>
              <w:rPr>
                <w:rStyle w:val="VT_Platzhalter"/>
              </w:rPr>
              <w:t>[ER_SIE]</w:t>
            </w:r>
            <w:r>
              <w:t xml:space="preserve"> ist im Allgemeinen zuverlässig.</w:t>
            </w:r>
          </w:p>
        </w:tc>
      </w:tr>
      <w:tr>
        <w:trPr>
          <w:cantSplit w:val="true"/>
        </w:trPr>
        <w:tc>
          <w:tcPr>
            <w:tcW w:type="dxa" w:w="1531"/>
            <w:shd w:val="clear" w:color="auto" w:fill="F1F3F7"/>
          </w:tcPr>
          <w:p>
            <w:pPr>
              <w:pStyle w:val="VT_Tabelle"/>
            </w:pPr>
            <w:r>
              <w:rPr>
                <w:b/>
                <w:color w:val="13233F"/>
              </w:rPr>
              <w:t>ZUV-D</w:t>
            </w:r>
          </w:p>
          <w:p>
            <w:pPr>
              <w:pStyle w:val="VT_Tabelle"/>
            </w:pPr>
            <w:r>
              <w:rPr>
                <w:b/>
                <w:color w:val="B4693E"/>
                <w:sz w:val="16"/>
              </w:rPr>
              <w:t>D ungenügend</w:t>
            </w:r>
          </w:p>
        </w:tc>
        <w:tc>
          <w:tcPr>
            <w:tcW w:type="dxa" w:w="3770"/>
            <w:shd w:val="clear" w:color="auto" w:fill="F1F3F7"/>
          </w:tcPr>
          <w:p>
            <w:pPr>
              <w:pStyle w:val="VT_Tabelle"/>
            </w:pPr>
            <w:r>
              <w:rPr>
                <w:rStyle w:val="VT_Platzhalter"/>
              </w:rPr>
              <w:t>[ER_SIE]</w:t>
            </w:r>
            <w:r>
              <w:t xml:space="preserve"> hielt vereinbarte Termine nicht immer ein.</w:t>
            </w:r>
          </w:p>
        </w:tc>
        <w:tc>
          <w:tcPr>
            <w:tcW w:type="dxa" w:w="3770"/>
            <w:shd w:val="clear" w:color="auto" w:fill="F1F3F7"/>
          </w:tcPr>
          <w:p>
            <w:pPr>
              <w:pStyle w:val="VT_Tabelle"/>
            </w:pPr>
            <w:r>
              <w:rPr>
                <w:rStyle w:val="VT_Platzhalter"/>
              </w:rPr>
              <w:t>[ER_SIE]</w:t>
            </w:r>
            <w:r>
              <w:t xml:space="preserve"> hält vereinbarte Termine nicht immer ein.</w:t>
            </w:r>
          </w:p>
        </w:tc>
      </w:tr>
    </w:tbl>
    <w:p>
      <w:pPr>
        <w:pStyle w:val="VT_Klein"/>
        <w:spacing w:after="40"/>
      </w:pPr>
    </w:p>
    <w:p>
      <w:pPr>
        <w:pStyle w:val="Heading2"/>
      </w:pPr>
      <w:r>
        <w:t>Gesamtleistung</w:t>
      </w:r>
      <w:r>
        <w:rPr>
          <w:b w:val="0"/>
          <w:color w:val="B4693E"/>
          <w:sz w:val="17"/>
        </w:rPr>
        <w:t xml:space="preserve">   LEI  |  Grundlage Kantone Solothurn und Bern</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LEI-A</w:t>
            </w:r>
          </w:p>
          <w:p>
            <w:pPr>
              <w:pStyle w:val="VT_Tabelle"/>
            </w:pPr>
            <w:r>
              <w:rPr>
                <w:b/>
                <w:color w:val="B4693E"/>
                <w:sz w:val="16"/>
              </w:rPr>
              <w:t>A sehr gut</w:t>
            </w:r>
          </w:p>
        </w:tc>
        <w:tc>
          <w:tcPr>
            <w:tcW w:type="dxa" w:w="3770"/>
          </w:tcPr>
          <w:p>
            <w:pPr>
              <w:pStyle w:val="VT_Tabelle"/>
            </w:pPr>
            <w:r>
              <w:rPr>
                <w:rStyle w:val="VT_Platzhalter"/>
              </w:rPr>
              <w:t>[ANREDE]</w:t>
            </w:r>
            <w:r>
              <w:t xml:space="preserve"> </w:t>
            </w:r>
            <w:r>
              <w:rPr>
                <w:rStyle w:val="VT_Platzhalter"/>
              </w:rPr>
              <w:t>[NACHNAME]</w:t>
            </w:r>
            <w:r>
              <w:t xml:space="preserve"> erbrachte sehr gute Leistungen.</w:t>
            </w:r>
          </w:p>
        </w:tc>
        <w:tc>
          <w:tcPr>
            <w:tcW w:type="dxa" w:w="3770"/>
          </w:tcPr>
          <w:p>
            <w:pPr>
              <w:pStyle w:val="VT_Tabelle"/>
            </w:pPr>
            <w:r>
              <w:rPr>
                <w:rStyle w:val="VT_Platzhalter"/>
              </w:rPr>
              <w:t>[ANREDE]</w:t>
            </w:r>
            <w:r>
              <w:t xml:space="preserve"> </w:t>
            </w:r>
            <w:r>
              <w:rPr>
                <w:rStyle w:val="VT_Platzhalter"/>
              </w:rPr>
              <w:t>[NACHNAME]</w:t>
            </w:r>
            <w:r>
              <w:t xml:space="preserve"> erbringt sehr gute Leistungen.</w:t>
            </w:r>
          </w:p>
        </w:tc>
      </w:tr>
      <w:tr>
        <w:trPr>
          <w:cantSplit w:val="true"/>
        </w:trPr>
        <w:tc>
          <w:tcPr>
            <w:tcW w:type="dxa" w:w="1531"/>
            <w:shd w:val="clear" w:color="auto" w:fill="F1F3F7"/>
          </w:tcPr>
          <w:p>
            <w:pPr>
              <w:pStyle w:val="VT_Tabelle"/>
            </w:pPr>
            <w:r>
              <w:rPr>
                <w:b/>
                <w:color w:val="13233F"/>
              </w:rPr>
              <w:t>LEI-B</w:t>
            </w:r>
          </w:p>
          <w:p>
            <w:pPr>
              <w:pStyle w:val="VT_Tabelle"/>
            </w:pPr>
            <w:r>
              <w:rPr>
                <w:b/>
                <w:color w:val="B4693E"/>
                <w:sz w:val="16"/>
              </w:rPr>
              <w:t>B gut</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erbrachte gute Leistungen.</w:t>
            </w:r>
          </w:p>
        </w:tc>
        <w:tc>
          <w:tcPr>
            <w:tcW w:type="dxa" w:w="3770"/>
            <w:shd w:val="clear" w:color="auto" w:fill="F1F3F7"/>
          </w:tcPr>
          <w:p>
            <w:pPr>
              <w:pStyle w:val="VT_Tabelle"/>
            </w:pPr>
            <w:r>
              <w:rPr>
                <w:rStyle w:val="VT_Platzhalter"/>
              </w:rPr>
              <w:t>[ANREDE]</w:t>
            </w:r>
            <w:r>
              <w:t xml:space="preserve"> </w:t>
            </w:r>
            <w:r>
              <w:rPr>
                <w:rStyle w:val="VT_Platzhalter"/>
              </w:rPr>
              <w:t>[NACHNAME]</w:t>
            </w:r>
            <w:r>
              <w:t xml:space="preserve"> erbringt gute Leistungen.</w:t>
            </w:r>
          </w:p>
        </w:tc>
      </w:tr>
      <w:tr>
        <w:trPr>
          <w:cantSplit w:val="true"/>
        </w:trPr>
        <w:tc>
          <w:tcPr>
            <w:tcW w:type="dxa" w:w="1531"/>
          </w:tcPr>
          <w:p>
            <w:pPr>
              <w:pStyle w:val="VT_Tabelle"/>
            </w:pPr>
            <w:r>
              <w:rPr>
                <w:b/>
                <w:color w:val="13233F"/>
              </w:rPr>
              <w:t>LEI-C</w:t>
            </w:r>
          </w:p>
          <w:p>
            <w:pPr>
              <w:pStyle w:val="VT_Tabelle"/>
            </w:pPr>
            <w:r>
              <w:rPr>
                <w:b/>
                <w:color w:val="B4693E"/>
                <w:sz w:val="16"/>
              </w:rPr>
              <w:t>C genügend</w:t>
            </w:r>
          </w:p>
        </w:tc>
        <w:tc>
          <w:tcPr>
            <w:tcW w:type="dxa" w:w="3770"/>
          </w:tcPr>
          <w:p>
            <w:pPr>
              <w:pStyle w:val="VT_Tabelle"/>
            </w:pPr>
            <w:r>
              <w:rPr>
                <w:rStyle w:val="VT_Platzhalter"/>
              </w:rPr>
              <w:t>[ANREDE]</w:t>
            </w:r>
            <w:r>
              <w:t xml:space="preserve"> </w:t>
            </w:r>
            <w:r>
              <w:rPr>
                <w:rStyle w:val="VT_Platzhalter"/>
              </w:rPr>
              <w:t>[NACHNAME]</w:t>
            </w:r>
            <w:r>
              <w:t xml:space="preserve"> erbrachte zufriedenstellende Leistungen.</w:t>
            </w:r>
          </w:p>
        </w:tc>
        <w:tc>
          <w:tcPr>
            <w:tcW w:type="dxa" w:w="3770"/>
          </w:tcPr>
          <w:p>
            <w:pPr>
              <w:pStyle w:val="VT_Tabelle"/>
            </w:pPr>
            <w:r>
              <w:rPr>
                <w:rStyle w:val="VT_Platzhalter"/>
              </w:rPr>
              <w:t>[ANREDE]</w:t>
            </w:r>
            <w:r>
              <w:t xml:space="preserve"> </w:t>
            </w:r>
            <w:r>
              <w:rPr>
                <w:rStyle w:val="VT_Platzhalter"/>
              </w:rPr>
              <w:t>[NACHNAME]</w:t>
            </w:r>
            <w:r>
              <w:t xml:space="preserve"> erbringt zufriedenstellende Leistungen.</w:t>
            </w:r>
          </w:p>
        </w:tc>
      </w:tr>
      <w:tr>
        <w:trPr>
          <w:cantSplit w:val="true"/>
        </w:trPr>
        <w:tc>
          <w:tcPr>
            <w:tcW w:type="dxa" w:w="1531"/>
            <w:shd w:val="clear" w:color="auto" w:fill="F1F3F7"/>
          </w:tcPr>
          <w:p>
            <w:pPr>
              <w:pStyle w:val="VT_Tabelle"/>
            </w:pPr>
            <w:r>
              <w:rPr>
                <w:b/>
                <w:color w:val="13233F"/>
              </w:rPr>
              <w:t>LEI-D</w:t>
            </w:r>
          </w:p>
          <w:p>
            <w:pPr>
              <w:pStyle w:val="VT_Tabelle"/>
            </w:pPr>
            <w:r>
              <w:rPr>
                <w:b/>
                <w:color w:val="B4693E"/>
                <w:sz w:val="16"/>
              </w:rPr>
              <w:t>D ungenügend</w:t>
            </w:r>
          </w:p>
        </w:tc>
        <w:tc>
          <w:tcPr>
            <w:tcW w:type="dxa" w:w="3770"/>
            <w:shd w:val="clear" w:color="auto" w:fill="F1F3F7"/>
          </w:tcPr>
          <w:p>
            <w:pPr>
              <w:pStyle w:val="VT_Tabelle"/>
            </w:pPr>
            <w:r>
              <w:t xml:space="preserve">Die Leistungen von </w:t>
            </w:r>
            <w:r>
              <w:rPr>
                <w:rStyle w:val="VT_Platzhalter"/>
              </w:rPr>
              <w:t>[ANREDE]</w:t>
            </w:r>
            <w:r>
              <w:t xml:space="preserve"> </w:t>
            </w:r>
            <w:r>
              <w:rPr>
                <w:rStyle w:val="VT_Platzhalter"/>
              </w:rPr>
              <w:t>[NACHNAME]</w:t>
            </w:r>
            <w:r>
              <w:t xml:space="preserve"> erfüllten die Anforderungen der Stelle nicht in allen Bereichen.</w:t>
            </w:r>
          </w:p>
        </w:tc>
        <w:tc>
          <w:tcPr>
            <w:tcW w:type="dxa" w:w="3770"/>
            <w:shd w:val="clear" w:color="auto" w:fill="F1F3F7"/>
          </w:tcPr>
          <w:p>
            <w:pPr>
              <w:pStyle w:val="VT_Tabelle"/>
            </w:pPr>
            <w:r>
              <w:t xml:space="preserve">Die Leistungen von </w:t>
            </w:r>
            <w:r>
              <w:rPr>
                <w:rStyle w:val="VT_Platzhalter"/>
              </w:rPr>
              <w:t>[ANREDE]</w:t>
            </w:r>
            <w:r>
              <w:t xml:space="preserve"> </w:t>
            </w:r>
            <w:r>
              <w:rPr>
                <w:rStyle w:val="VT_Platzhalter"/>
              </w:rPr>
              <w:t>[NACHNAME]</w:t>
            </w:r>
            <w:r>
              <w:t xml:space="preserve"> erfüllen die Anforderungen der Stelle nicht in allen Bereichen.</w:t>
            </w:r>
          </w:p>
        </w:tc>
      </w:tr>
    </w:tbl>
    <w:p>
      <w:pPr>
        <w:pStyle w:val="VT_Klein"/>
        <w:spacing w:after="40"/>
      </w:pPr>
    </w:p>
    <w:p>
      <w:pPr>
        <w:pStyle w:val="Heading2"/>
      </w:pPr>
      <w:r>
        <w:t>Führung</w:t>
      </w:r>
      <w:r>
        <w:rPr>
          <w:b w:val="0"/>
          <w:color w:val="B4693E"/>
          <w:sz w:val="17"/>
        </w:rPr>
        <w:t xml:space="preserve">   FUE  |  nur bei Führungsfunktion</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FUE-A</w:t>
            </w:r>
          </w:p>
          <w:p>
            <w:pPr>
              <w:pStyle w:val="VT_Tabelle"/>
            </w:pPr>
            <w:r>
              <w:rPr>
                <w:b/>
                <w:color w:val="B4693E"/>
                <w:sz w:val="16"/>
              </w:rPr>
              <w:t>A sehr gut</w:t>
            </w:r>
          </w:p>
        </w:tc>
        <w:tc>
          <w:tcPr>
            <w:tcW w:type="dxa" w:w="3770"/>
          </w:tcPr>
          <w:p>
            <w:pPr>
              <w:pStyle w:val="VT_Tabelle"/>
            </w:pPr>
            <w:r>
              <w:rPr>
                <w:rStyle w:val="VT_Platzhalter"/>
              </w:rPr>
              <w:t>[ER_SIE]</w:t>
            </w:r>
            <w:r>
              <w:t xml:space="preserve"> führte </w:t>
            </w:r>
            <w:r>
              <w:rPr>
                <w:rStyle w:val="VT_Platzhalter"/>
              </w:rPr>
              <w:t>[SEIN_IHR]</w:t>
            </w:r>
            <w:r>
              <w:t xml:space="preserve"> Team von </w:t>
            </w:r>
            <w:r>
              <w:rPr>
                <w:rStyle w:val="VT_Platzhalter"/>
              </w:rPr>
              <w:t>[ANZAHL]</w:t>
            </w:r>
            <w:r>
              <w:t xml:space="preserve"> Mitarbeitenden sehr erfolgreich und spornte es zu sehr guten Leistungen an.</w:t>
            </w:r>
          </w:p>
        </w:tc>
        <w:tc>
          <w:tcPr>
            <w:tcW w:type="dxa" w:w="3770"/>
          </w:tcPr>
          <w:p>
            <w:pPr>
              <w:pStyle w:val="VT_Tabelle"/>
            </w:pPr>
            <w:r>
              <w:rPr>
                <w:rStyle w:val="VT_Platzhalter"/>
              </w:rPr>
              <w:t>[ER_SIE]</w:t>
            </w:r>
            <w:r>
              <w:t xml:space="preserve"> führt </w:t>
            </w:r>
            <w:r>
              <w:rPr>
                <w:rStyle w:val="VT_Platzhalter"/>
              </w:rPr>
              <w:t>[SEIN_IHR]</w:t>
            </w:r>
            <w:r>
              <w:t xml:space="preserve"> Team von </w:t>
            </w:r>
            <w:r>
              <w:rPr>
                <w:rStyle w:val="VT_Platzhalter"/>
              </w:rPr>
              <w:t>[ANZAHL]</w:t>
            </w:r>
            <w:r>
              <w:t xml:space="preserve"> Mitarbeitenden sehr erfolgreich und spornt es zu sehr guten Leistungen an.</w:t>
            </w:r>
          </w:p>
        </w:tc>
      </w:tr>
      <w:tr>
        <w:trPr>
          <w:cantSplit w:val="true"/>
        </w:trPr>
        <w:tc>
          <w:tcPr>
            <w:tcW w:type="dxa" w:w="1531"/>
            <w:shd w:val="clear" w:color="auto" w:fill="F1F3F7"/>
          </w:tcPr>
          <w:p>
            <w:pPr>
              <w:pStyle w:val="VT_Tabelle"/>
            </w:pPr>
            <w:r>
              <w:rPr>
                <w:b/>
                <w:color w:val="13233F"/>
              </w:rPr>
              <w:t>FUE-B</w:t>
            </w:r>
          </w:p>
          <w:p>
            <w:pPr>
              <w:pStyle w:val="VT_Tabelle"/>
            </w:pPr>
            <w:r>
              <w:rPr>
                <w:b/>
                <w:color w:val="B4693E"/>
                <w:sz w:val="16"/>
              </w:rPr>
              <w:t>B gut</w:t>
            </w:r>
          </w:p>
        </w:tc>
        <w:tc>
          <w:tcPr>
            <w:tcW w:type="dxa" w:w="3770"/>
            <w:shd w:val="clear" w:color="auto" w:fill="F1F3F7"/>
          </w:tcPr>
          <w:p>
            <w:pPr>
              <w:pStyle w:val="VT_Tabelle"/>
            </w:pPr>
            <w:r>
              <w:rPr>
                <w:rStyle w:val="VT_Platzhalter"/>
              </w:rPr>
              <w:t>[ER_SIE]</w:t>
            </w:r>
            <w:r>
              <w:t xml:space="preserve"> führte </w:t>
            </w:r>
            <w:r>
              <w:rPr>
                <w:rStyle w:val="VT_Platzhalter"/>
              </w:rPr>
              <w:t>[SEIN_IHR]</w:t>
            </w:r>
            <w:r>
              <w:t xml:space="preserve"> Team von </w:t>
            </w:r>
            <w:r>
              <w:rPr>
                <w:rStyle w:val="VT_Platzhalter"/>
              </w:rPr>
              <w:t>[ANZAHL]</w:t>
            </w:r>
            <w:r>
              <w:t xml:space="preserve"> Mitarbeitenden erfolgreich und zielorientiert.</w:t>
            </w:r>
          </w:p>
        </w:tc>
        <w:tc>
          <w:tcPr>
            <w:tcW w:type="dxa" w:w="3770"/>
            <w:shd w:val="clear" w:color="auto" w:fill="F1F3F7"/>
          </w:tcPr>
          <w:p>
            <w:pPr>
              <w:pStyle w:val="VT_Tabelle"/>
            </w:pPr>
            <w:r>
              <w:rPr>
                <w:rStyle w:val="VT_Platzhalter"/>
              </w:rPr>
              <w:t>[ER_SIE]</w:t>
            </w:r>
            <w:r>
              <w:t xml:space="preserve"> führt </w:t>
            </w:r>
            <w:r>
              <w:rPr>
                <w:rStyle w:val="VT_Platzhalter"/>
              </w:rPr>
              <w:t>[SEIN_IHR]</w:t>
            </w:r>
            <w:r>
              <w:t xml:space="preserve"> Team von </w:t>
            </w:r>
            <w:r>
              <w:rPr>
                <w:rStyle w:val="VT_Platzhalter"/>
              </w:rPr>
              <w:t>[ANZAHL]</w:t>
            </w:r>
            <w:r>
              <w:t xml:space="preserve"> Mitarbeitenden erfolgreich und zielorientiert.</w:t>
            </w:r>
          </w:p>
        </w:tc>
      </w:tr>
      <w:tr>
        <w:trPr>
          <w:cantSplit w:val="true"/>
        </w:trPr>
        <w:tc>
          <w:tcPr>
            <w:tcW w:type="dxa" w:w="1531"/>
          </w:tcPr>
          <w:p>
            <w:pPr>
              <w:pStyle w:val="VT_Tabelle"/>
            </w:pPr>
            <w:r>
              <w:rPr>
                <w:b/>
                <w:color w:val="13233F"/>
              </w:rPr>
              <w:t>FUE-C</w:t>
            </w:r>
          </w:p>
          <w:p>
            <w:pPr>
              <w:pStyle w:val="VT_Tabelle"/>
            </w:pPr>
            <w:r>
              <w:rPr>
                <w:b/>
                <w:color w:val="B4693E"/>
                <w:sz w:val="16"/>
              </w:rPr>
              <w:t>C genügend</w:t>
            </w:r>
          </w:p>
        </w:tc>
        <w:tc>
          <w:tcPr>
            <w:tcW w:type="dxa" w:w="3770"/>
          </w:tcPr>
          <w:p>
            <w:pPr>
              <w:pStyle w:val="VT_Tabelle"/>
            </w:pPr>
            <w:r>
              <w:rPr>
                <w:rStyle w:val="VT_Platzhalter"/>
              </w:rPr>
              <w:t>[ER_SIE]</w:t>
            </w:r>
            <w:r>
              <w:t xml:space="preserve"> führte </w:t>
            </w:r>
            <w:r>
              <w:rPr>
                <w:rStyle w:val="VT_Platzhalter"/>
              </w:rPr>
              <w:t>[SEIN_IHR]</w:t>
            </w:r>
            <w:r>
              <w:t xml:space="preserve"> Team von </w:t>
            </w:r>
            <w:r>
              <w:rPr>
                <w:rStyle w:val="VT_Platzhalter"/>
              </w:rPr>
              <w:t>[ANZAHL]</w:t>
            </w:r>
            <w:r>
              <w:t xml:space="preserve"> Mitarbeitenden und erreichte die vereinbarten Ziele im Wesentlichen.</w:t>
            </w:r>
          </w:p>
        </w:tc>
        <w:tc>
          <w:tcPr>
            <w:tcW w:type="dxa" w:w="3770"/>
          </w:tcPr>
          <w:p>
            <w:pPr>
              <w:pStyle w:val="VT_Tabelle"/>
            </w:pPr>
            <w:r>
              <w:rPr>
                <w:rStyle w:val="VT_Platzhalter"/>
              </w:rPr>
              <w:t>[ER_SIE]</w:t>
            </w:r>
            <w:r>
              <w:t xml:space="preserve"> führt </w:t>
            </w:r>
            <w:r>
              <w:rPr>
                <w:rStyle w:val="VT_Platzhalter"/>
              </w:rPr>
              <w:t>[SEIN_IHR]</w:t>
            </w:r>
            <w:r>
              <w:t xml:space="preserve"> Team von </w:t>
            </w:r>
            <w:r>
              <w:rPr>
                <w:rStyle w:val="VT_Platzhalter"/>
              </w:rPr>
              <w:t>[ANZAHL]</w:t>
            </w:r>
            <w:r>
              <w:t xml:space="preserve"> Mitarbeitenden und erreicht die vereinbarten Ziele im Wesentlichen.</w:t>
            </w:r>
          </w:p>
        </w:tc>
      </w:tr>
      <w:tr>
        <w:trPr>
          <w:cantSplit w:val="true"/>
        </w:trPr>
        <w:tc>
          <w:tcPr>
            <w:tcW w:type="dxa" w:w="1531"/>
            <w:shd w:val="clear" w:color="auto" w:fill="F1F3F7"/>
          </w:tcPr>
          <w:p>
            <w:pPr>
              <w:pStyle w:val="VT_Tabelle"/>
            </w:pPr>
            <w:r>
              <w:rPr>
                <w:b/>
                <w:color w:val="13233F"/>
              </w:rPr>
              <w:t>FUE-D</w:t>
            </w:r>
          </w:p>
          <w:p>
            <w:pPr>
              <w:pStyle w:val="VT_Tabelle"/>
            </w:pPr>
            <w:r>
              <w:rPr>
                <w:b/>
                <w:color w:val="B4693E"/>
                <w:sz w:val="16"/>
              </w:rPr>
              <w:t>D ungenügend</w:t>
            </w:r>
          </w:p>
        </w:tc>
        <w:tc>
          <w:tcPr>
            <w:tcW w:type="dxa" w:w="3770"/>
            <w:shd w:val="clear" w:color="auto" w:fill="F1F3F7"/>
          </w:tcPr>
          <w:p>
            <w:pPr>
              <w:pStyle w:val="VT_Tabelle"/>
            </w:pPr>
            <w:r>
              <w:rPr>
                <w:rStyle w:val="VT_Platzhalter"/>
              </w:rPr>
              <w:t>[ER_SIE]</w:t>
            </w:r>
            <w:r>
              <w:t xml:space="preserve"> führte </w:t>
            </w:r>
            <w:r>
              <w:rPr>
                <w:rStyle w:val="VT_Platzhalter"/>
              </w:rPr>
              <w:t>[SEIN_IHR]</w:t>
            </w:r>
            <w:r>
              <w:t xml:space="preserve"> Team von </w:t>
            </w:r>
            <w:r>
              <w:rPr>
                <w:rStyle w:val="VT_Platzhalter"/>
              </w:rPr>
              <w:t>[ANZAHL]</w:t>
            </w:r>
            <w:r>
              <w:t xml:space="preserve"> Mitarbeitenden; die vereinbarten Ziele wurden nicht immer erreicht.</w:t>
            </w:r>
          </w:p>
        </w:tc>
        <w:tc>
          <w:tcPr>
            <w:tcW w:type="dxa" w:w="3770"/>
            <w:shd w:val="clear" w:color="auto" w:fill="F1F3F7"/>
          </w:tcPr>
          <w:p>
            <w:pPr>
              <w:pStyle w:val="VT_Tabelle"/>
            </w:pPr>
            <w:r>
              <w:rPr>
                <w:rStyle w:val="VT_Platzhalter"/>
              </w:rPr>
              <w:t>[ER_SIE]</w:t>
            </w:r>
            <w:r>
              <w:t xml:space="preserve"> führt </w:t>
            </w:r>
            <w:r>
              <w:rPr>
                <w:rStyle w:val="VT_Platzhalter"/>
              </w:rPr>
              <w:t>[SEIN_IHR]</w:t>
            </w:r>
            <w:r>
              <w:t xml:space="preserve"> Team von </w:t>
            </w:r>
            <w:r>
              <w:rPr>
                <w:rStyle w:val="VT_Platzhalter"/>
              </w:rPr>
              <w:t>[ANZAHL]</w:t>
            </w:r>
            <w:r>
              <w:t xml:space="preserve"> Mitarbeitenden; die vereinbarten Ziele werden nicht immer erreicht.</w:t>
            </w:r>
          </w:p>
        </w:tc>
      </w:tr>
    </w:tbl>
    <w:p>
      <w:pPr>
        <w:pStyle w:val="VT_Klein"/>
        <w:spacing w:after="40"/>
      </w:pPr>
    </w:p>
    <w:p>
      <w:pPr>
        <w:pStyle w:val="Heading2"/>
      </w:pPr>
      <w:r>
        <w:t>Verhalten gegenüber Vorgesetzten und Mitarbeitenden</w:t>
      </w:r>
      <w:r>
        <w:rPr>
          <w:b w:val="0"/>
          <w:color w:val="B4693E"/>
          <w:sz w:val="17"/>
        </w:rPr>
        <w:t xml:space="preserve">   VH-INT  |  Grundlage Universität Basel</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VH-INT-A</w:t>
            </w:r>
          </w:p>
          <w:p>
            <w:pPr>
              <w:pStyle w:val="VT_Tabelle"/>
            </w:pPr>
            <w:r>
              <w:rPr>
                <w:b/>
                <w:color w:val="B4693E"/>
                <w:sz w:val="16"/>
              </w:rPr>
              <w:t>A sehr gut</w:t>
            </w:r>
          </w:p>
        </w:tc>
        <w:tc>
          <w:tcPr>
            <w:tcW w:type="dxa" w:w="3770"/>
          </w:tcPr>
          <w:p>
            <w:pPr>
              <w:pStyle w:val="VT_Tabelle"/>
            </w:pPr>
            <w:r>
              <w:t xml:space="preserve">Mit Vorgesetzten und Mitarbeitenden stand </w:t>
            </w:r>
            <w:r>
              <w:rPr>
                <w:rStyle w:val="VT_Platzhalter"/>
              </w:rPr>
              <w:t>[ER_SIE]</w:t>
            </w:r>
            <w:r>
              <w:t xml:space="preserve"> stets in sehr gutem Einvernehmen.</w:t>
            </w:r>
          </w:p>
        </w:tc>
        <w:tc>
          <w:tcPr>
            <w:tcW w:type="dxa" w:w="3770"/>
          </w:tcPr>
          <w:p>
            <w:pPr>
              <w:pStyle w:val="VT_Tabelle"/>
            </w:pPr>
            <w:r>
              <w:t xml:space="preserve">Mit Vorgesetzten und Mitarbeitenden steht </w:t>
            </w:r>
            <w:r>
              <w:rPr>
                <w:rStyle w:val="VT_Platzhalter"/>
              </w:rPr>
              <w:t>[ER_SIE]</w:t>
            </w:r>
            <w:r>
              <w:t xml:space="preserve"> stets in sehr gutem Einvernehmen.</w:t>
            </w:r>
          </w:p>
        </w:tc>
      </w:tr>
      <w:tr>
        <w:trPr>
          <w:cantSplit w:val="true"/>
        </w:trPr>
        <w:tc>
          <w:tcPr>
            <w:tcW w:type="dxa" w:w="1531"/>
            <w:shd w:val="clear" w:color="auto" w:fill="F1F3F7"/>
          </w:tcPr>
          <w:p>
            <w:pPr>
              <w:pStyle w:val="VT_Tabelle"/>
            </w:pPr>
            <w:r>
              <w:rPr>
                <w:b/>
                <w:color w:val="13233F"/>
              </w:rPr>
              <w:t>VH-INT-B</w:t>
            </w:r>
          </w:p>
          <w:p>
            <w:pPr>
              <w:pStyle w:val="VT_Tabelle"/>
            </w:pPr>
            <w:r>
              <w:rPr>
                <w:b/>
                <w:color w:val="B4693E"/>
                <w:sz w:val="16"/>
              </w:rPr>
              <w:t>B gut</w:t>
            </w:r>
          </w:p>
        </w:tc>
        <w:tc>
          <w:tcPr>
            <w:tcW w:type="dxa" w:w="3770"/>
            <w:shd w:val="clear" w:color="auto" w:fill="F1F3F7"/>
          </w:tcPr>
          <w:p>
            <w:pPr>
              <w:pStyle w:val="VT_Tabelle"/>
            </w:pPr>
            <w:r>
              <w:t xml:space="preserve">Mit Vorgesetzten und Mitarbeitenden stand </w:t>
            </w:r>
            <w:r>
              <w:rPr>
                <w:rStyle w:val="VT_Platzhalter"/>
              </w:rPr>
              <w:t>[ER_SIE]</w:t>
            </w:r>
            <w:r>
              <w:t xml:space="preserve"> in gutem Einvernehmen.</w:t>
            </w:r>
          </w:p>
        </w:tc>
        <w:tc>
          <w:tcPr>
            <w:tcW w:type="dxa" w:w="3770"/>
            <w:shd w:val="clear" w:color="auto" w:fill="F1F3F7"/>
          </w:tcPr>
          <w:p>
            <w:pPr>
              <w:pStyle w:val="VT_Tabelle"/>
            </w:pPr>
            <w:r>
              <w:t xml:space="preserve">Mit Vorgesetzten und Mitarbeitenden steht </w:t>
            </w:r>
            <w:r>
              <w:rPr>
                <w:rStyle w:val="VT_Platzhalter"/>
              </w:rPr>
              <w:t>[ER_SIE]</w:t>
            </w:r>
            <w:r>
              <w:t xml:space="preserve"> in gutem Einvernehmen.</w:t>
            </w:r>
          </w:p>
        </w:tc>
      </w:tr>
      <w:tr>
        <w:trPr>
          <w:cantSplit w:val="true"/>
        </w:trPr>
        <w:tc>
          <w:tcPr>
            <w:tcW w:type="dxa" w:w="1531"/>
          </w:tcPr>
          <w:p>
            <w:pPr>
              <w:pStyle w:val="VT_Tabelle"/>
            </w:pPr>
            <w:r>
              <w:rPr>
                <w:b/>
                <w:color w:val="13233F"/>
              </w:rPr>
              <w:t>VH-INT-C</w:t>
            </w:r>
          </w:p>
          <w:p>
            <w:pPr>
              <w:pStyle w:val="VT_Tabelle"/>
            </w:pPr>
            <w:r>
              <w:rPr>
                <w:b/>
                <w:color w:val="B4693E"/>
                <w:sz w:val="16"/>
              </w:rPr>
              <w:t>C genügend</w:t>
            </w:r>
          </w:p>
        </w:tc>
        <w:tc>
          <w:tcPr>
            <w:tcW w:type="dxa" w:w="3770"/>
          </w:tcPr>
          <w:p>
            <w:pPr>
              <w:pStyle w:val="VT_Tabelle"/>
            </w:pPr>
            <w:r>
              <w:rPr>
                <w:rStyle w:val="VT_Platzhalter"/>
              </w:rPr>
              <w:t>[SEIN_IHR]</w:t>
            </w:r>
            <w:r>
              <w:t xml:space="preserve"> Verhalten gegenüber Vorgesetzten und Mitarbeitenden war korrekt.</w:t>
            </w:r>
          </w:p>
        </w:tc>
        <w:tc>
          <w:tcPr>
            <w:tcW w:type="dxa" w:w="3770"/>
          </w:tcPr>
          <w:p>
            <w:pPr>
              <w:pStyle w:val="VT_Tabelle"/>
            </w:pPr>
            <w:r>
              <w:rPr>
                <w:rStyle w:val="VT_Platzhalter"/>
              </w:rPr>
              <w:t>[SEIN_IHR]</w:t>
            </w:r>
            <w:r>
              <w:t xml:space="preserve"> Verhalten gegenüber Vorgesetzten und Mitarbeitenden ist korrekt.</w:t>
            </w:r>
          </w:p>
        </w:tc>
      </w:tr>
      <w:tr>
        <w:trPr>
          <w:cantSplit w:val="true"/>
        </w:trPr>
        <w:tc>
          <w:tcPr>
            <w:tcW w:type="dxa" w:w="1531"/>
            <w:shd w:val="clear" w:color="auto" w:fill="F1F3F7"/>
          </w:tcPr>
          <w:p>
            <w:pPr>
              <w:pStyle w:val="VT_Tabelle"/>
            </w:pPr>
            <w:r>
              <w:rPr>
                <w:b/>
                <w:color w:val="13233F"/>
              </w:rPr>
              <w:t>VH-INT-D</w:t>
            </w:r>
          </w:p>
          <w:p>
            <w:pPr>
              <w:pStyle w:val="VT_Tabelle"/>
            </w:pPr>
            <w:r>
              <w:rPr>
                <w:b/>
                <w:color w:val="B4693E"/>
                <w:sz w:val="16"/>
              </w:rPr>
              <w:t>D ungenügend</w:t>
            </w:r>
          </w:p>
        </w:tc>
        <w:tc>
          <w:tcPr>
            <w:tcW w:type="dxa" w:w="3770"/>
            <w:shd w:val="clear" w:color="auto" w:fill="F1F3F7"/>
          </w:tcPr>
          <w:p>
            <w:pPr>
              <w:pStyle w:val="VT_Tabelle"/>
            </w:pPr>
            <w:r>
              <w:t xml:space="preserve">Im Umgang mit Mitarbeitenden fand </w:t>
            </w:r>
            <w:r>
              <w:rPr>
                <w:rStyle w:val="VT_Platzhalter"/>
              </w:rPr>
              <w:t>[ER_SIE]</w:t>
            </w:r>
            <w:r>
              <w:t xml:space="preserve"> nicht immer den angemessenen Ton.</w:t>
            </w:r>
          </w:p>
        </w:tc>
        <w:tc>
          <w:tcPr>
            <w:tcW w:type="dxa" w:w="3770"/>
            <w:shd w:val="clear" w:color="auto" w:fill="F1F3F7"/>
          </w:tcPr>
          <w:p>
            <w:pPr>
              <w:pStyle w:val="VT_Tabelle"/>
            </w:pPr>
            <w:r>
              <w:t xml:space="preserve">Im Umgang mit Mitarbeitenden findet </w:t>
            </w:r>
            <w:r>
              <w:rPr>
                <w:rStyle w:val="VT_Platzhalter"/>
              </w:rPr>
              <w:t>[ER_SIE]</w:t>
            </w:r>
            <w:r>
              <w:t xml:space="preserve"> nicht immer den angemessenen Ton.</w:t>
            </w:r>
          </w:p>
        </w:tc>
      </w:tr>
    </w:tbl>
    <w:p>
      <w:pPr>
        <w:pStyle w:val="VT_Klein"/>
        <w:spacing w:after="40"/>
      </w:pPr>
    </w:p>
    <w:p>
      <w:pPr>
        <w:pStyle w:val="VT_Info"/>
      </w:pPr>
      <w:r>
        <w:t>Nicht «Wir waren mit dem Verhalten zufrieden» schreiben; der Kanton Bern stuft diesen Satz als codierungsnah ein. Verhalten beschreiben, nicht Charakter bewerten. Bei C am Satzanfang «Sein» oder «Ihr» schreiben.</w:t>
      </w:r>
    </w:p>
    <w:p>
      <w:pPr>
        <w:pStyle w:val="Heading2"/>
      </w:pPr>
      <w:r>
        <w:t>Verhalten gegenüber Kundschaft und Externen</w:t>
      </w:r>
      <w:r>
        <w:rPr>
          <w:b w:val="0"/>
          <w:color w:val="B4693E"/>
          <w:sz w:val="17"/>
        </w:rPr>
        <w:t xml:space="preserve">   VH-EXT</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(Vergangenheit)</w:t>
            </w:r>
          </w:p>
        </w:tc>
        <w:tc>
          <w:tcPr>
            <w:tcW w:type="dxa" w:w="3770"/>
            <w:shd w:val="clear" w:color="auto" w:fill="13233F"/>
          </w:tcPr>
          <w:p>
            <w:pPr>
              <w:pStyle w:val="VT_Tabelle"/>
            </w:pPr>
            <w:r>
              <w:rPr>
                <w:b/>
                <w:color w:val="FFFFFF"/>
              </w:rPr>
              <w:t>Zwischenzeugnis (Präsens)</w:t>
            </w:r>
          </w:p>
        </w:tc>
      </w:tr>
      <w:tr>
        <w:trPr>
          <w:cantSplit w:val="true"/>
        </w:trPr>
        <w:tc>
          <w:tcPr>
            <w:tcW w:type="dxa" w:w="1531"/>
          </w:tcPr>
          <w:p>
            <w:pPr>
              <w:pStyle w:val="VT_Tabelle"/>
            </w:pPr>
            <w:r>
              <w:rPr>
                <w:b/>
                <w:color w:val="13233F"/>
              </w:rPr>
              <w:t>VH-EXT-A</w:t>
            </w:r>
          </w:p>
          <w:p>
            <w:pPr>
              <w:pStyle w:val="VT_Tabelle"/>
            </w:pPr>
            <w:r>
              <w:rPr>
                <w:b/>
                <w:color w:val="B4693E"/>
                <w:sz w:val="16"/>
              </w:rPr>
              <w:t>A sehr gut</w:t>
            </w:r>
          </w:p>
        </w:tc>
        <w:tc>
          <w:tcPr>
            <w:tcW w:type="dxa" w:w="3770"/>
          </w:tcPr>
          <w:p>
            <w:pPr>
              <w:pStyle w:val="VT_Tabelle"/>
            </w:pPr>
            <w:r>
              <w:t xml:space="preserve">Bei Kundinnen, Kunden und Partnern war </w:t>
            </w:r>
            <w:r>
              <w:rPr>
                <w:rStyle w:val="VT_Platzhalter"/>
              </w:rPr>
              <w:t>[ER_SIE]</w:t>
            </w:r>
            <w:r>
              <w:t xml:space="preserve"> eine sehr geschätzte Ansprechperson.</w:t>
            </w:r>
          </w:p>
        </w:tc>
        <w:tc>
          <w:tcPr>
            <w:tcW w:type="dxa" w:w="3770"/>
          </w:tcPr>
          <w:p>
            <w:pPr>
              <w:pStyle w:val="VT_Tabelle"/>
            </w:pPr>
            <w:r>
              <w:t xml:space="preserve">Bei Kundinnen, Kunden und Partnern ist </w:t>
            </w:r>
            <w:r>
              <w:rPr>
                <w:rStyle w:val="VT_Platzhalter"/>
              </w:rPr>
              <w:t>[ER_SIE]</w:t>
            </w:r>
            <w:r>
              <w:t xml:space="preserve"> eine sehr geschätzte Ansprechperson.</w:t>
            </w:r>
          </w:p>
        </w:tc>
      </w:tr>
      <w:tr>
        <w:trPr>
          <w:cantSplit w:val="true"/>
        </w:trPr>
        <w:tc>
          <w:tcPr>
            <w:tcW w:type="dxa" w:w="1531"/>
            <w:shd w:val="clear" w:color="auto" w:fill="F1F3F7"/>
          </w:tcPr>
          <w:p>
            <w:pPr>
              <w:pStyle w:val="VT_Tabelle"/>
            </w:pPr>
            <w:r>
              <w:rPr>
                <w:b/>
                <w:color w:val="13233F"/>
              </w:rPr>
              <w:t>VH-EXT-B</w:t>
            </w:r>
          </w:p>
          <w:p>
            <w:pPr>
              <w:pStyle w:val="VT_Tabelle"/>
            </w:pPr>
            <w:r>
              <w:rPr>
                <w:b/>
                <w:color w:val="B4693E"/>
                <w:sz w:val="16"/>
              </w:rPr>
              <w:t>B gut</w:t>
            </w:r>
          </w:p>
        </w:tc>
        <w:tc>
          <w:tcPr>
            <w:tcW w:type="dxa" w:w="3770"/>
            <w:shd w:val="clear" w:color="auto" w:fill="F1F3F7"/>
          </w:tcPr>
          <w:p>
            <w:pPr>
              <w:pStyle w:val="VT_Tabelle"/>
            </w:pPr>
            <w:r>
              <w:t xml:space="preserve">Bei Kundinnen, Kunden und Partnern war </w:t>
            </w:r>
            <w:r>
              <w:rPr>
                <w:rStyle w:val="VT_Platzhalter"/>
              </w:rPr>
              <w:t>[ER_SIE]</w:t>
            </w:r>
            <w:r>
              <w:t xml:space="preserve"> eine geschätzte Ansprechperson.</w:t>
            </w:r>
          </w:p>
        </w:tc>
        <w:tc>
          <w:tcPr>
            <w:tcW w:type="dxa" w:w="3770"/>
            <w:shd w:val="clear" w:color="auto" w:fill="F1F3F7"/>
          </w:tcPr>
          <w:p>
            <w:pPr>
              <w:pStyle w:val="VT_Tabelle"/>
            </w:pPr>
            <w:r>
              <w:t xml:space="preserve">Bei Kundinnen, Kunden und Partnern ist </w:t>
            </w:r>
            <w:r>
              <w:rPr>
                <w:rStyle w:val="VT_Platzhalter"/>
              </w:rPr>
              <w:t>[ER_SIE]</w:t>
            </w:r>
            <w:r>
              <w:t xml:space="preserve"> eine geschätzte Ansprechperson.</w:t>
            </w:r>
          </w:p>
        </w:tc>
      </w:tr>
      <w:tr>
        <w:trPr>
          <w:cantSplit w:val="true"/>
        </w:trPr>
        <w:tc>
          <w:tcPr>
            <w:tcW w:type="dxa" w:w="1531"/>
          </w:tcPr>
          <w:p>
            <w:pPr>
              <w:pStyle w:val="VT_Tabelle"/>
            </w:pPr>
            <w:r>
              <w:rPr>
                <w:b/>
                <w:color w:val="13233F"/>
              </w:rPr>
              <w:t>VH-EXT-C</w:t>
            </w:r>
          </w:p>
          <w:p>
            <w:pPr>
              <w:pStyle w:val="VT_Tabelle"/>
            </w:pPr>
            <w:r>
              <w:rPr>
                <w:b/>
                <w:color w:val="B4693E"/>
                <w:sz w:val="16"/>
              </w:rPr>
              <w:t>C genügend</w:t>
            </w:r>
          </w:p>
        </w:tc>
        <w:tc>
          <w:tcPr>
            <w:tcW w:type="dxa" w:w="3770"/>
          </w:tcPr>
          <w:p>
            <w:pPr>
              <w:pStyle w:val="VT_Tabelle"/>
            </w:pPr>
            <w:r>
              <w:t xml:space="preserve">Gegenüber Kundinnen, Kunden und Partnern verhielt </w:t>
            </w:r>
            <w:r>
              <w:rPr>
                <w:rStyle w:val="VT_Platzhalter"/>
              </w:rPr>
              <w:t>[ER_SIE]</w:t>
            </w:r>
            <w:r>
              <w:t xml:space="preserve"> sich korrekt.</w:t>
            </w:r>
          </w:p>
        </w:tc>
        <w:tc>
          <w:tcPr>
            <w:tcW w:type="dxa" w:w="3770"/>
          </w:tcPr>
          <w:p>
            <w:pPr>
              <w:pStyle w:val="VT_Tabelle"/>
            </w:pPr>
            <w:r>
              <w:t xml:space="preserve">Gegenüber Kundinnen, Kunden und Partnern verhält </w:t>
            </w:r>
            <w:r>
              <w:rPr>
                <w:rStyle w:val="VT_Platzhalter"/>
              </w:rPr>
              <w:t>[ER_SIE]</w:t>
            </w:r>
            <w:r>
              <w:t xml:space="preserve"> sich korrekt.</w:t>
            </w:r>
          </w:p>
        </w:tc>
      </w:tr>
      <w:tr>
        <w:trPr>
          <w:cantSplit w:val="true"/>
        </w:trPr>
        <w:tc>
          <w:tcPr>
            <w:tcW w:type="dxa" w:w="1531"/>
            <w:shd w:val="clear" w:color="auto" w:fill="F1F3F7"/>
          </w:tcPr>
          <w:p>
            <w:pPr>
              <w:pStyle w:val="VT_Tabelle"/>
            </w:pPr>
            <w:r>
              <w:rPr>
                <w:b/>
                <w:color w:val="13233F"/>
              </w:rPr>
              <w:t>VH-EXT-D</w:t>
            </w:r>
          </w:p>
          <w:p>
            <w:pPr>
              <w:pStyle w:val="VT_Tabelle"/>
            </w:pPr>
            <w:r>
              <w:rPr>
                <w:b/>
                <w:color w:val="B4693E"/>
                <w:sz w:val="16"/>
              </w:rPr>
              <w:t>D ungenügend</w:t>
            </w:r>
          </w:p>
        </w:tc>
        <w:tc>
          <w:tcPr>
            <w:tcW w:type="dxa" w:w="3770"/>
            <w:shd w:val="clear" w:color="auto" w:fill="F1F3F7"/>
          </w:tcPr>
          <w:p>
            <w:pPr>
              <w:pStyle w:val="VT_Tabelle"/>
            </w:pPr>
            <w:r>
              <w:t xml:space="preserve">Im Kontakt mit Kundinnen und Kunden fand </w:t>
            </w:r>
            <w:r>
              <w:rPr>
                <w:rStyle w:val="VT_Platzhalter"/>
              </w:rPr>
              <w:t>[ER_SIE]</w:t>
            </w:r>
            <w:r>
              <w:t xml:space="preserve"> nicht immer den angemessenen Ton.</w:t>
            </w:r>
          </w:p>
        </w:tc>
        <w:tc>
          <w:tcPr>
            <w:tcW w:type="dxa" w:w="3770"/>
            <w:shd w:val="clear" w:color="auto" w:fill="F1F3F7"/>
          </w:tcPr>
          <w:p>
            <w:pPr>
              <w:pStyle w:val="VT_Tabelle"/>
            </w:pPr>
            <w:r>
              <w:t xml:space="preserve">Im Kontakt mit Kundinnen und Kunden findet </w:t>
            </w:r>
            <w:r>
              <w:rPr>
                <w:rStyle w:val="VT_Platzhalter"/>
              </w:rPr>
              <w:t>[ER_SIE]</w:t>
            </w:r>
            <w:r>
              <w:t xml:space="preserve"> nicht immer den angemessenen Ton.</w:t>
            </w:r>
          </w:p>
        </w:tc>
      </w:tr>
    </w:tbl>
    <w:p>
      <w:pPr>
        <w:pStyle w:val="VT_Klein"/>
        <w:spacing w:after="40"/>
      </w:pPr>
    </w:p>
    <w:p>
      <w:pPr>
        <w:pStyle w:val="Heading2"/>
      </w:pPr>
      <w:r>
        <w:t>Austrittsgrund</w:t>
      </w:r>
      <w:r>
        <w:rPr>
          <w:b w:val="0"/>
          <w:color w:val="B4693E"/>
          <w:sz w:val="17"/>
        </w:rPr>
        <w:t xml:space="preserve">   AUS  |  nur Schlusszeugnis</w:t>
      </w:r>
    </w:p>
    <w:p>
      <w:pPr>
        <w:pStyle w:val="VT_Info"/>
      </w:pPr>
      <w:r>
        <w:t>Muss nicht erwähnt werden. Auf Wunsch der Person aufnehmen, sonst neutral oder weglassen. Freistellung nie erwähnen.</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134"/>
        <w:gridCol w:w="2494"/>
        <w:gridCol w:w="5443"/>
      </w:tblGrid>
      <w:tr>
        <w:trPr>
          <w:tblHeader w:val="true"/>
        </w:trPr>
        <w:tc>
          <w:tcPr>
            <w:tcW w:type="dxa" w:w="1134"/>
            <w:shd w:val="clear" w:color="auto" w:fill="13233F"/>
          </w:tcPr>
          <w:p>
            <w:pPr>
              <w:pStyle w:val="VT_Tabelle"/>
            </w:pPr>
            <w:r>
              <w:rPr>
                <w:b/>
                <w:color w:val="FFFFFF"/>
              </w:rPr>
              <w:t>Baustein</w:t>
            </w:r>
          </w:p>
        </w:tc>
        <w:tc>
          <w:tcPr>
            <w:tcW w:type="dxa" w:w="2494"/>
            <w:shd w:val="clear" w:color="auto" w:fill="13233F"/>
          </w:tcPr>
          <w:p>
            <w:pPr>
              <w:pStyle w:val="VT_Tabelle"/>
            </w:pPr>
            <w:r>
              <w:rPr>
                <w:b/>
                <w:color w:val="FFFFFF"/>
              </w:rPr>
              <w:t>Situation</w:t>
            </w:r>
          </w:p>
        </w:tc>
        <w:tc>
          <w:tcPr>
            <w:tcW w:type="dxa" w:w="5443"/>
            <w:shd w:val="clear" w:color="auto" w:fill="13233F"/>
          </w:tcPr>
          <w:p>
            <w:pPr>
              <w:pStyle w:val="VT_Tabelle"/>
            </w:pPr>
            <w:r>
              <w:rPr>
                <w:b/>
                <w:color w:val="FFFFFF"/>
              </w:rPr>
              <w:t>Text</w:t>
            </w:r>
          </w:p>
        </w:tc>
      </w:tr>
      <w:tr>
        <w:trPr>
          <w:cantSplit w:val="true"/>
        </w:trPr>
        <w:tc>
          <w:tcPr>
            <w:tcW w:type="dxa" w:w="1134"/>
          </w:tcPr>
          <w:p>
            <w:pPr>
              <w:pStyle w:val="VT_Tabelle"/>
            </w:pPr>
            <w:r>
              <w:rPr>
                <w:b/>
                <w:color w:val="13233F"/>
              </w:rPr>
              <w:t>AUS-1</w:t>
            </w:r>
          </w:p>
        </w:tc>
        <w:tc>
          <w:tcPr>
            <w:tcW w:type="dxa" w:w="2494"/>
          </w:tcPr>
          <w:p>
            <w:pPr>
              <w:pStyle w:val="VT_Tabelle"/>
            </w:pPr>
            <w:r>
              <w:t>Eigenkündigung, auf Wunsch der Person</w:t>
            </w:r>
          </w:p>
        </w:tc>
        <w:tc>
          <w:tcPr>
            <w:tcW w:type="dxa" w:w="5443"/>
          </w:tcPr>
          <w:p>
            <w:pPr>
              <w:pStyle w:val="VT_Tabelle"/>
            </w:pPr>
            <w:r>
              <w:rPr>
                <w:rStyle w:val="VT_Platzhalter"/>
              </w:rPr>
              <w:t>[ANREDE]</w:t>
            </w:r>
            <w:r>
              <w:t xml:space="preserve"> </w:t>
            </w:r>
            <w:r>
              <w:rPr>
                <w:rStyle w:val="VT_Platzhalter"/>
              </w:rPr>
              <w:t>[NACHNAME]</w:t>
            </w:r>
            <w:r>
              <w:t xml:space="preserve"> verlässt unser Unternehmen auf eigenen Wunsch, um sich einer neuen beruflichen Herausforderung zu stellen.</w:t>
            </w:r>
          </w:p>
        </w:tc>
      </w:tr>
      <w:tr>
        <w:trPr>
          <w:cantSplit w:val="true"/>
        </w:trPr>
        <w:tc>
          <w:tcPr>
            <w:tcW w:type="dxa" w:w="1134"/>
            <w:shd w:val="clear" w:color="auto" w:fill="F1F3F7"/>
          </w:tcPr>
          <w:p>
            <w:pPr>
              <w:pStyle w:val="VT_Tabelle"/>
            </w:pPr>
            <w:r>
              <w:rPr>
                <w:b/>
                <w:color w:val="13233F"/>
              </w:rPr>
              <w:t>AUS-2</w:t>
            </w:r>
          </w:p>
        </w:tc>
        <w:tc>
          <w:tcPr>
            <w:tcW w:type="dxa" w:w="2494"/>
            <w:shd w:val="clear" w:color="auto" w:fill="F1F3F7"/>
          </w:tcPr>
          <w:p>
            <w:pPr>
              <w:pStyle w:val="VT_Tabelle"/>
            </w:pPr>
            <w:r>
              <w:t>Befristung</w:t>
            </w:r>
          </w:p>
        </w:tc>
        <w:tc>
          <w:tcPr>
            <w:tcW w:type="dxa" w:w="5443"/>
            <w:shd w:val="clear" w:color="auto" w:fill="F1F3F7"/>
          </w:tcPr>
          <w:p>
            <w:pPr>
              <w:pStyle w:val="VT_Tabelle"/>
            </w:pPr>
            <w:r>
              <w:t xml:space="preserve">Das Arbeitsverhältnis war bis </w:t>
            </w:r>
            <w:r>
              <w:rPr>
                <w:rStyle w:val="VT_Platzhalter"/>
              </w:rPr>
              <w:t>[AUSTRITT]</w:t>
            </w:r>
            <w:r>
              <w:t xml:space="preserve"> befristet.</w:t>
            </w:r>
          </w:p>
        </w:tc>
      </w:tr>
      <w:tr>
        <w:trPr>
          <w:cantSplit w:val="true"/>
        </w:trPr>
        <w:tc>
          <w:tcPr>
            <w:tcW w:type="dxa" w:w="1134"/>
          </w:tcPr>
          <w:p>
            <w:pPr>
              <w:pStyle w:val="VT_Tabelle"/>
            </w:pPr>
            <w:r>
              <w:rPr>
                <w:b/>
                <w:color w:val="13233F"/>
              </w:rPr>
              <w:t>AUS-3</w:t>
            </w:r>
          </w:p>
        </w:tc>
        <w:tc>
          <w:tcPr>
            <w:tcW w:type="dxa" w:w="2494"/>
          </w:tcPr>
          <w:p>
            <w:pPr>
              <w:pStyle w:val="VT_Tabelle"/>
            </w:pPr>
            <w:r>
              <w:t>Pensionierung</w:t>
            </w:r>
          </w:p>
        </w:tc>
        <w:tc>
          <w:tcPr>
            <w:tcW w:type="dxa" w:w="5443"/>
          </w:tcPr>
          <w:p>
            <w:pPr>
              <w:pStyle w:val="VT_Tabelle"/>
            </w:pPr>
            <w:r>
              <w:rPr>
                <w:rStyle w:val="VT_Platzhalter"/>
              </w:rPr>
              <w:t>[ANREDE]</w:t>
            </w:r>
            <w:r>
              <w:t xml:space="preserve"> </w:t>
            </w:r>
            <w:r>
              <w:rPr>
                <w:rStyle w:val="VT_Platzhalter"/>
              </w:rPr>
              <w:t>[NACHNAME]</w:t>
            </w:r>
            <w:r>
              <w:t xml:space="preserve"> tritt am </w:t>
            </w:r>
            <w:r>
              <w:rPr>
                <w:rStyle w:val="VT_Platzhalter"/>
              </w:rPr>
              <w:t>[AUSTRITT]</w:t>
            </w:r>
            <w:r>
              <w:t xml:space="preserve"> in den Ruhestand.</w:t>
            </w:r>
          </w:p>
        </w:tc>
      </w:tr>
      <w:tr>
        <w:trPr>
          <w:cantSplit w:val="true"/>
        </w:trPr>
        <w:tc>
          <w:tcPr>
            <w:tcW w:type="dxa" w:w="1134"/>
            <w:shd w:val="clear" w:color="auto" w:fill="F1F3F7"/>
          </w:tcPr>
          <w:p>
            <w:pPr>
              <w:pStyle w:val="VT_Tabelle"/>
            </w:pPr>
            <w:r>
              <w:rPr>
                <w:b/>
                <w:color w:val="13233F"/>
              </w:rPr>
              <w:t>AUS-4</w:t>
            </w:r>
          </w:p>
        </w:tc>
        <w:tc>
          <w:tcPr>
            <w:tcW w:type="dxa" w:w="2494"/>
            <w:shd w:val="clear" w:color="auto" w:fill="F1F3F7"/>
          </w:tcPr>
          <w:p>
            <w:pPr>
              <w:pStyle w:val="VT_Tabelle"/>
            </w:pPr>
            <w:r>
              <w:t>Betriebliche Gründe</w:t>
            </w:r>
          </w:p>
        </w:tc>
        <w:tc>
          <w:tcPr>
            <w:tcW w:type="dxa" w:w="5443"/>
            <w:shd w:val="clear" w:color="auto" w:fill="F1F3F7"/>
          </w:tcPr>
          <w:p>
            <w:pPr>
              <w:pStyle w:val="VT_Tabelle"/>
            </w:pPr>
            <w:r>
              <w:t xml:space="preserve">Das Arbeitsverhältnis endet aus betrieblichen Gründen am </w:t>
            </w:r>
            <w:r>
              <w:rPr>
                <w:rStyle w:val="VT_Platzhalter"/>
              </w:rPr>
              <w:t>[AUSTRITT]</w:t>
            </w:r>
            <w:r>
              <w:t>.</w:t>
            </w:r>
          </w:p>
        </w:tc>
      </w:tr>
      <w:tr>
        <w:trPr>
          <w:cantSplit w:val="true"/>
        </w:trPr>
        <w:tc>
          <w:tcPr>
            <w:tcW w:type="dxa" w:w="1134"/>
          </w:tcPr>
          <w:p>
            <w:pPr>
              <w:pStyle w:val="VT_Tabelle"/>
            </w:pPr>
            <w:r>
              <w:rPr>
                <w:b/>
                <w:color w:val="13233F"/>
              </w:rPr>
              <w:t>AUS-5</w:t>
            </w:r>
          </w:p>
        </w:tc>
        <w:tc>
          <w:tcPr>
            <w:tcW w:type="dxa" w:w="2494"/>
          </w:tcPr>
          <w:p>
            <w:pPr>
              <w:pStyle w:val="VT_Tabelle"/>
            </w:pPr>
            <w:r>
              <w:t>Kündigung durch Arbeitgeber, neutral</w:t>
            </w:r>
          </w:p>
        </w:tc>
        <w:tc>
          <w:tcPr>
            <w:tcW w:type="dxa" w:w="5443"/>
          </w:tcPr>
          <w:p>
            <w:pPr>
              <w:pStyle w:val="VT_Tabelle"/>
            </w:pPr>
            <w:r>
              <w:t xml:space="preserve">Das Arbeitsverhältnis endete am </w:t>
            </w:r>
            <w:r>
              <w:rPr>
                <w:rStyle w:val="VT_Platzhalter"/>
              </w:rPr>
              <w:t>[AUSTRITT]</w:t>
            </w:r>
            <w:r>
              <w:t>.</w:t>
            </w:r>
          </w:p>
        </w:tc>
      </w:tr>
      <w:tr>
        <w:trPr>
          <w:cantSplit w:val="true"/>
        </w:trPr>
        <w:tc>
          <w:tcPr>
            <w:tcW w:type="dxa" w:w="1134"/>
            <w:shd w:val="clear" w:color="auto" w:fill="F1F3F7"/>
          </w:tcPr>
          <w:p>
            <w:pPr>
              <w:pStyle w:val="VT_Tabelle"/>
            </w:pPr>
            <w:r>
              <w:rPr>
                <w:b/>
                <w:color w:val="13233F"/>
              </w:rPr>
              <w:t>AUS-6</w:t>
            </w:r>
          </w:p>
        </w:tc>
        <w:tc>
          <w:tcPr>
            <w:tcW w:type="dxa" w:w="2494"/>
            <w:shd w:val="clear" w:color="auto" w:fill="F1F3F7"/>
          </w:tcPr>
          <w:p>
            <w:pPr>
              <w:pStyle w:val="VT_Tabelle"/>
            </w:pPr>
            <w:r>
              <w:t>Gesundheit, nur wenn nach BGE 136 III 510 erheblich</w:t>
            </w:r>
          </w:p>
        </w:tc>
        <w:tc>
          <w:tcPr>
            <w:tcW w:type="dxa" w:w="5443"/>
            <w:shd w:val="clear" w:color="auto" w:fill="F1F3F7"/>
          </w:tcPr>
          <w:p>
            <w:pPr>
              <w:pStyle w:val="VT_Tabelle"/>
            </w:pPr>
            <w:r>
              <w:t xml:space="preserve">Aus gesundheitlichen Gründen konnte </w:t>
            </w:r>
            <w:r>
              <w:rPr>
                <w:rStyle w:val="VT_Platzhalter"/>
              </w:rPr>
              <w:t>[ANREDE]</w:t>
            </w:r>
            <w:r>
              <w:t xml:space="preserve"> </w:t>
            </w:r>
            <w:r>
              <w:rPr>
                <w:rStyle w:val="VT_Platzhalter"/>
              </w:rPr>
              <w:t>[NACHNAME]</w:t>
            </w:r>
            <w:r>
              <w:t xml:space="preserve"> </w:t>
            </w:r>
            <w:r>
              <w:rPr>
                <w:rStyle w:val="VT_Platzhalter"/>
              </w:rPr>
              <w:t>[SEIN_IHR]</w:t>
            </w:r>
            <w:r>
              <w:t xml:space="preserve"> Funktion ab </w:t>
            </w:r>
            <w:r>
              <w:rPr>
                <w:rStyle w:val="VT_Platzhalter"/>
              </w:rPr>
              <w:t>[DATUM_UNTERBRUCH]</w:t>
            </w:r>
            <w:r>
              <w:t xml:space="preserve"> nicht mehr ausüben.</w:t>
              <w:br/>
              <w:t>Nie eine Diagnose nennen. Vor Verwendung rechtlich prüfen lassen.</w:t>
            </w:r>
          </w:p>
        </w:tc>
      </w:tr>
    </w:tbl>
    <w:p>
      <w:pPr>
        <w:pStyle w:val="VT_Klein"/>
        <w:spacing w:after="40"/>
      </w:pPr>
    </w:p>
    <w:p>
      <w:pPr>
        <w:pStyle w:val="Heading2"/>
      </w:pPr>
      <w:r>
        <w:t>Anlass des Zwischenzeugnisses</w:t>
      </w:r>
      <w:r>
        <w:rPr>
          <w:b w:val="0"/>
          <w:color w:val="B4693E"/>
          <w:sz w:val="17"/>
        </w:rPr>
        <w:t xml:space="preserve">   ZZ-ANL</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134"/>
        <w:gridCol w:w="2494"/>
        <w:gridCol w:w="5443"/>
      </w:tblGrid>
      <w:tr>
        <w:trPr>
          <w:tblHeader w:val="true"/>
        </w:trPr>
        <w:tc>
          <w:tcPr>
            <w:tcW w:type="dxa" w:w="1134"/>
            <w:shd w:val="clear" w:color="auto" w:fill="13233F"/>
          </w:tcPr>
          <w:p>
            <w:pPr>
              <w:pStyle w:val="VT_Tabelle"/>
            </w:pPr>
            <w:r>
              <w:rPr>
                <w:b/>
                <w:color w:val="FFFFFF"/>
              </w:rPr>
              <w:t>Baustein</w:t>
            </w:r>
          </w:p>
        </w:tc>
        <w:tc>
          <w:tcPr>
            <w:tcW w:type="dxa" w:w="2494"/>
            <w:shd w:val="clear" w:color="auto" w:fill="13233F"/>
          </w:tcPr>
          <w:p>
            <w:pPr>
              <w:pStyle w:val="VT_Tabelle"/>
            </w:pPr>
            <w:r>
              <w:rPr>
                <w:b/>
                <w:color w:val="FFFFFF"/>
              </w:rPr>
              <w:t>Anlass</w:t>
            </w:r>
          </w:p>
        </w:tc>
        <w:tc>
          <w:tcPr>
            <w:tcW w:type="dxa" w:w="5443"/>
            <w:shd w:val="clear" w:color="auto" w:fill="13233F"/>
          </w:tcPr>
          <w:p>
            <w:pPr>
              <w:pStyle w:val="VT_Tabelle"/>
            </w:pPr>
            <w:r>
              <w:rPr>
                <w:b/>
                <w:color w:val="FFFFFF"/>
              </w:rPr>
              <w:t>Text</w:t>
            </w:r>
          </w:p>
        </w:tc>
      </w:tr>
      <w:tr>
        <w:trPr>
          <w:cantSplit w:val="true"/>
        </w:trPr>
        <w:tc>
          <w:tcPr>
            <w:tcW w:type="dxa" w:w="1134"/>
          </w:tcPr>
          <w:p>
            <w:pPr>
              <w:pStyle w:val="VT_Tabelle"/>
            </w:pPr>
            <w:r>
              <w:rPr>
                <w:b/>
                <w:color w:val="13233F"/>
              </w:rPr>
              <w:t>ZZ-ANL-1</w:t>
            </w:r>
          </w:p>
        </w:tc>
        <w:tc>
          <w:tcPr>
            <w:tcW w:type="dxa" w:w="2494"/>
          </w:tcPr>
          <w:p>
            <w:pPr>
              <w:pStyle w:val="VT_Tabelle"/>
            </w:pPr>
            <w:r>
              <w:t>Wunsch der Person</w:t>
            </w:r>
          </w:p>
        </w:tc>
        <w:tc>
          <w:tcPr>
            <w:tcW w:type="dxa" w:w="5443"/>
          </w:tcPr>
          <w:p>
            <w:pPr>
              <w:pStyle w:val="VT_Tabelle"/>
            </w:pPr>
            <w:r>
              <w:t xml:space="preserve">Dieses Zwischenzeugnis wird auf Wunsch von </w:t>
            </w:r>
            <w:r>
              <w:rPr>
                <w:rStyle w:val="VT_Platzhalter"/>
              </w:rPr>
              <w:t>[ANREDE]</w:t>
            </w:r>
            <w:r>
              <w:t xml:space="preserve"> </w:t>
            </w:r>
            <w:r>
              <w:rPr>
                <w:rStyle w:val="VT_Platzhalter"/>
              </w:rPr>
              <w:t>[NACHNAME]</w:t>
            </w:r>
            <w:r>
              <w:t xml:space="preserve"> ausgestellt.</w:t>
            </w:r>
          </w:p>
        </w:tc>
      </w:tr>
      <w:tr>
        <w:trPr>
          <w:cantSplit w:val="true"/>
        </w:trPr>
        <w:tc>
          <w:tcPr>
            <w:tcW w:type="dxa" w:w="1134"/>
            <w:shd w:val="clear" w:color="auto" w:fill="F1F3F7"/>
          </w:tcPr>
          <w:p>
            <w:pPr>
              <w:pStyle w:val="VT_Tabelle"/>
            </w:pPr>
            <w:r>
              <w:rPr>
                <w:b/>
                <w:color w:val="13233F"/>
              </w:rPr>
              <w:t>ZZ-ANL-2</w:t>
            </w:r>
          </w:p>
        </w:tc>
        <w:tc>
          <w:tcPr>
            <w:tcW w:type="dxa" w:w="2494"/>
            <w:shd w:val="clear" w:color="auto" w:fill="F1F3F7"/>
          </w:tcPr>
          <w:p>
            <w:pPr>
              <w:pStyle w:val="VT_Tabelle"/>
            </w:pPr>
            <w:r>
              <w:t>Wechsel der vorgesetzten Person</w:t>
            </w:r>
          </w:p>
        </w:tc>
        <w:tc>
          <w:tcPr>
            <w:tcW w:type="dxa" w:w="5443"/>
            <w:shd w:val="clear" w:color="auto" w:fill="F1F3F7"/>
          </w:tcPr>
          <w:p>
            <w:pPr>
              <w:pStyle w:val="VT_Tabelle"/>
            </w:pPr>
            <w:r>
              <w:t>Dieses Zwischenzeugnis wird aufgrund eines Wechsels der vorgesetzten Person ausgestellt.</w:t>
            </w:r>
          </w:p>
        </w:tc>
      </w:tr>
      <w:tr>
        <w:trPr>
          <w:cantSplit w:val="true"/>
        </w:trPr>
        <w:tc>
          <w:tcPr>
            <w:tcW w:type="dxa" w:w="1134"/>
          </w:tcPr>
          <w:p>
            <w:pPr>
              <w:pStyle w:val="VT_Tabelle"/>
            </w:pPr>
            <w:r>
              <w:rPr>
                <w:b/>
                <w:color w:val="13233F"/>
              </w:rPr>
              <w:t>ZZ-ANL-3</w:t>
            </w:r>
          </w:p>
        </w:tc>
        <w:tc>
          <w:tcPr>
            <w:tcW w:type="dxa" w:w="2494"/>
          </w:tcPr>
          <w:p>
            <w:pPr>
              <w:pStyle w:val="VT_Tabelle"/>
            </w:pPr>
            <w:r>
              <w:t>Funktionswechsel</w:t>
            </w:r>
          </w:p>
        </w:tc>
        <w:tc>
          <w:tcPr>
            <w:tcW w:type="dxa" w:w="5443"/>
          </w:tcPr>
          <w:p>
            <w:pPr>
              <w:pStyle w:val="VT_Tabelle"/>
            </w:pPr>
            <w:r>
              <w:t xml:space="preserve">Dieses Zwischenzeugnis wird aufgrund des Wechsels von </w:t>
            </w:r>
            <w:r>
              <w:rPr>
                <w:rStyle w:val="VT_Platzhalter"/>
              </w:rPr>
              <w:t>[ANREDE]</w:t>
            </w:r>
            <w:r>
              <w:t xml:space="preserve"> </w:t>
            </w:r>
            <w:r>
              <w:rPr>
                <w:rStyle w:val="VT_Platzhalter"/>
              </w:rPr>
              <w:t>[NACHNAME]</w:t>
            </w:r>
            <w:r>
              <w:t xml:space="preserve"> in die Funktion </w:t>
            </w:r>
            <w:r>
              <w:rPr>
                <w:rStyle w:val="VT_Platzhalter"/>
              </w:rPr>
              <w:t>[NEUE_FUNKTION]</w:t>
            </w:r>
            <w:r>
              <w:t xml:space="preserve"> ausgestellt.</w:t>
            </w:r>
          </w:p>
        </w:tc>
      </w:tr>
      <w:tr>
        <w:trPr>
          <w:cantSplit w:val="true"/>
        </w:trPr>
        <w:tc>
          <w:tcPr>
            <w:tcW w:type="dxa" w:w="1134"/>
            <w:shd w:val="clear" w:color="auto" w:fill="F1F3F7"/>
          </w:tcPr>
          <w:p>
            <w:pPr>
              <w:pStyle w:val="VT_Tabelle"/>
            </w:pPr>
            <w:r>
              <w:rPr>
                <w:b/>
                <w:color w:val="13233F"/>
              </w:rPr>
              <w:t>ZZ-ANL-4</w:t>
            </w:r>
          </w:p>
        </w:tc>
        <w:tc>
          <w:tcPr>
            <w:tcW w:type="dxa" w:w="2494"/>
            <w:shd w:val="clear" w:color="auto" w:fill="F1F3F7"/>
          </w:tcPr>
          <w:p>
            <w:pPr>
              <w:pStyle w:val="VT_Tabelle"/>
            </w:pPr>
            <w:r>
              <w:t>Reorganisation</w:t>
            </w:r>
          </w:p>
        </w:tc>
        <w:tc>
          <w:tcPr>
            <w:tcW w:type="dxa" w:w="5443"/>
            <w:shd w:val="clear" w:color="auto" w:fill="F1F3F7"/>
          </w:tcPr>
          <w:p>
            <w:pPr>
              <w:pStyle w:val="VT_Tabelle"/>
            </w:pPr>
            <w:r>
              <w:t xml:space="preserve">Dieses Zwischenzeugnis wird aufgrund einer Reorganisation der Abteilung </w:t>
            </w:r>
            <w:r>
              <w:rPr>
                <w:rStyle w:val="VT_Platzhalter"/>
              </w:rPr>
              <w:t>[ABTEILUNG]</w:t>
            </w:r>
            <w:r>
              <w:t xml:space="preserve"> ausgestellt.</w:t>
            </w:r>
          </w:p>
        </w:tc>
      </w:tr>
    </w:tbl>
    <w:p>
      <w:pPr>
        <w:pStyle w:val="VT_Klein"/>
        <w:spacing w:after="40"/>
      </w:pPr>
    </w:p>
    <w:p>
      <w:pPr>
        <w:pStyle w:val="Heading2"/>
      </w:pPr>
      <w:r>
        <w:t>Schlussformeln</w:t>
      </w:r>
      <w:r>
        <w:rPr>
          <w:b w:val="0"/>
          <w:color w:val="B4693E"/>
          <w:sz w:val="17"/>
        </w:rPr>
        <w:t xml:space="preserve">   SF-SZ und SF-ZZ  |  Grundlage Universität Basel</w:t>
      </w:r>
    </w:p>
    <w:p>
      <w:pPr>
        <w:pStyle w:val="VT_Info"/>
      </w:pPr>
      <w:r>
        <w:t>Gleiche Stufe wie die Gesamtleistung (LEI). Die Schlussformel ist nicht vorgeschrieben, aber üblich und erwünscht.</w:t>
      </w:r>
    </w:p>
    <w:tbl>
      <w:tblPr>
        <w:tblW w:type="dxa" w:w="9072"/>
        <w:jc w:val="center"/>
        <w:tblLook w:firstColumn="1" w:firstRow="1" w:lastColumn="0" w:lastRow="0" w:noHBand="0" w:noVBand="1" w:val="04A0"/>
        <w:tblBorders>
          <w:top w:val="single" w:sz="4" w:space="0" w:color="C9CED6"/>
          <w:left w:val="nil"/>
          <w:bottom w:val="single" w:sz="4" w:space="0" w:color="C9CED6"/>
          <w:right w:val="nil"/>
          <w:insideH w:val="single" w:sz="4" w:space="0" w:color="C9CED6"/>
          <w:insideV w:val="nil"/>
        </w:tblBorders>
        <w:tblLayout w:type="fixed"/>
        <w:tblCellMar>
          <w:top w:w="70" w:type="dxa"/>
          <w:left w:w="100" w:type="dxa"/>
          <w:bottom w:w="70" w:type="dxa"/>
          <w:right w:w="100" w:type="dxa"/>
        </w:tblCellMar>
        <w:tblLayout w:type="fixed"/>
      </w:tblPr>
      <w:tblGrid>
        <w:gridCol w:w="1530"/>
        <w:gridCol w:w="3770"/>
        <w:gridCol w:w="3770"/>
      </w:tblGrid>
      <w:tr>
        <w:trPr>
          <w:tblHeader w:val="true"/>
        </w:trPr>
        <w:tc>
          <w:tcPr>
            <w:tcW w:type="dxa" w:w="1531"/>
            <w:shd w:val="clear" w:color="auto" w:fill="13233F"/>
          </w:tcPr>
          <w:p>
            <w:pPr>
              <w:pStyle w:val="VT_Tabelle"/>
            </w:pPr>
            <w:r>
              <w:rPr>
                <w:b/>
                <w:color w:val="FFFFFF"/>
              </w:rPr>
              <w:t>Baustein</w:t>
            </w:r>
          </w:p>
        </w:tc>
        <w:tc>
          <w:tcPr>
            <w:tcW w:type="dxa" w:w="3770"/>
            <w:shd w:val="clear" w:color="auto" w:fill="13233F"/>
          </w:tcPr>
          <w:p>
            <w:pPr>
              <w:pStyle w:val="VT_Tabelle"/>
            </w:pPr>
            <w:r>
              <w:rPr>
                <w:b/>
                <w:color w:val="FFFFFF"/>
              </w:rPr>
              <w:t>Schlusszeugnis (SF-SZ)</w:t>
            </w:r>
          </w:p>
        </w:tc>
        <w:tc>
          <w:tcPr>
            <w:tcW w:type="dxa" w:w="3770"/>
            <w:shd w:val="clear" w:color="auto" w:fill="13233F"/>
          </w:tcPr>
          <w:p>
            <w:pPr>
              <w:pStyle w:val="VT_Tabelle"/>
            </w:pPr>
            <w:r>
              <w:rPr>
                <w:b/>
                <w:color w:val="FFFFFF"/>
              </w:rPr>
              <w:t>Zwischenzeugnis (SF-ZZ)</w:t>
            </w:r>
          </w:p>
        </w:tc>
      </w:tr>
      <w:tr>
        <w:trPr>
          <w:cantSplit w:val="true"/>
        </w:trPr>
        <w:tc>
          <w:tcPr>
            <w:tcW w:type="dxa" w:w="1531"/>
          </w:tcPr>
          <w:p>
            <w:pPr>
              <w:pStyle w:val="VT_Tabelle"/>
            </w:pPr>
            <w:r>
              <w:rPr>
                <w:b/>
                <w:color w:val="13233F"/>
              </w:rPr>
              <w:t>SF-A</w:t>
            </w:r>
          </w:p>
          <w:p>
            <w:pPr>
              <w:pStyle w:val="VT_Tabelle"/>
            </w:pPr>
            <w:r>
              <w:rPr>
                <w:b/>
                <w:color w:val="B4693E"/>
                <w:sz w:val="16"/>
              </w:rPr>
              <w:t>A sehr gut</w:t>
            </w:r>
          </w:p>
        </w:tc>
        <w:tc>
          <w:tcPr>
            <w:tcW w:type="dxa" w:w="3770"/>
          </w:tcPr>
          <w:p>
            <w:pPr>
              <w:pStyle w:val="VT_Tabelle"/>
            </w:pPr>
            <w:r>
              <w:t xml:space="preserve">Wir bedauern den Austritt von </w:t>
            </w:r>
            <w:r>
              <w:rPr>
                <w:rStyle w:val="VT_Platzhalter"/>
              </w:rPr>
              <w:t>[ANREDE]</w:t>
            </w:r>
            <w:r>
              <w:t xml:space="preserve"> </w:t>
            </w:r>
            <w:r>
              <w:rPr>
                <w:rStyle w:val="VT_Platzhalter"/>
              </w:rPr>
              <w:t>[NACHNAME]</w:t>
            </w:r>
            <w:r>
              <w:t xml:space="preserve"> sehr und danken </w:t>
            </w:r>
            <w:r>
              <w:rPr>
                <w:rStyle w:val="VT_Platzhalter"/>
              </w:rPr>
              <w:t>[IHM_IHR]</w:t>
            </w:r>
            <w:r>
              <w:t xml:space="preserve"> für die wertvolle Mitarbeit. Für die berufliche und private Zukunft wünschen wir </w:t>
            </w:r>
            <w:r>
              <w:rPr>
                <w:rStyle w:val="VT_Platzhalter"/>
              </w:rPr>
              <w:t>[IHM_IHR]</w:t>
            </w:r>
            <w:r>
              <w:t xml:space="preserve"> alles Gute und weiterhin viel Erfolg.</w:t>
            </w:r>
          </w:p>
        </w:tc>
        <w:tc>
          <w:tcPr>
            <w:tcW w:type="dxa" w:w="3770"/>
          </w:tcPr>
          <w:p>
            <w:pPr>
              <w:pStyle w:val="VT_Tabelle"/>
            </w:pPr>
            <w:r>
              <w:t xml:space="preserve">Wir danken </w:t>
            </w:r>
            <w:r>
              <w:rPr>
                <w:rStyle w:val="VT_Platzhalter"/>
              </w:rPr>
              <w:t>[ANREDE]</w:t>
            </w:r>
            <w:r>
              <w:t xml:space="preserve"> </w:t>
            </w:r>
            <w:r>
              <w:rPr>
                <w:rStyle w:val="VT_Platzhalter"/>
              </w:rPr>
              <w:t>[NACHNAME]</w:t>
            </w:r>
            <w:r>
              <w:t xml:space="preserve"> für die bisherige wertvolle Mitarbeit und freuen uns auf die weitere Zusammenarbeit.</w:t>
            </w:r>
          </w:p>
        </w:tc>
      </w:tr>
      <w:tr>
        <w:trPr>
          <w:cantSplit w:val="true"/>
        </w:trPr>
        <w:tc>
          <w:tcPr>
            <w:tcW w:type="dxa" w:w="1531"/>
            <w:shd w:val="clear" w:color="auto" w:fill="F1F3F7"/>
          </w:tcPr>
          <w:p>
            <w:pPr>
              <w:pStyle w:val="VT_Tabelle"/>
            </w:pPr>
            <w:r>
              <w:rPr>
                <w:b/>
                <w:color w:val="13233F"/>
              </w:rPr>
              <w:t>SF-B</w:t>
            </w:r>
          </w:p>
          <w:p>
            <w:pPr>
              <w:pStyle w:val="VT_Tabelle"/>
            </w:pPr>
            <w:r>
              <w:rPr>
                <w:b/>
                <w:color w:val="B4693E"/>
                <w:sz w:val="16"/>
              </w:rPr>
              <w:t>B gut</w:t>
            </w:r>
          </w:p>
        </w:tc>
        <w:tc>
          <w:tcPr>
            <w:tcW w:type="dxa" w:w="3770"/>
            <w:shd w:val="clear" w:color="auto" w:fill="F1F3F7"/>
          </w:tcPr>
          <w:p>
            <w:pPr>
              <w:pStyle w:val="VT_Tabelle"/>
            </w:pPr>
            <w:r>
              <w:t xml:space="preserve">Wir danken </w:t>
            </w:r>
            <w:r>
              <w:rPr>
                <w:rStyle w:val="VT_Platzhalter"/>
              </w:rPr>
              <w:t>[ANREDE]</w:t>
            </w:r>
            <w:r>
              <w:t xml:space="preserve"> </w:t>
            </w:r>
            <w:r>
              <w:rPr>
                <w:rStyle w:val="VT_Platzhalter"/>
              </w:rPr>
              <w:t>[NACHNAME]</w:t>
            </w:r>
            <w:r>
              <w:t xml:space="preserve"> für die gute Zusammenarbeit und wünschen </w:t>
            </w:r>
            <w:r>
              <w:rPr>
                <w:rStyle w:val="VT_Platzhalter"/>
              </w:rPr>
              <w:t>[IHM_IHR]</w:t>
            </w:r>
            <w:r>
              <w:t xml:space="preserve"> für die Zukunft alles Gute und viel Erfolg.</w:t>
            </w:r>
          </w:p>
        </w:tc>
        <w:tc>
          <w:tcPr>
            <w:tcW w:type="dxa" w:w="3770"/>
            <w:shd w:val="clear" w:color="auto" w:fill="F1F3F7"/>
          </w:tcPr>
          <w:p>
            <w:pPr>
              <w:pStyle w:val="VT_Tabelle"/>
            </w:pPr>
            <w:r>
              <w:t xml:space="preserve">Wir danken </w:t>
            </w:r>
            <w:r>
              <w:rPr>
                <w:rStyle w:val="VT_Platzhalter"/>
              </w:rPr>
              <w:t>[ANREDE]</w:t>
            </w:r>
            <w:r>
              <w:t xml:space="preserve"> </w:t>
            </w:r>
            <w:r>
              <w:rPr>
                <w:rStyle w:val="VT_Platzhalter"/>
              </w:rPr>
              <w:t>[NACHNAME]</w:t>
            </w:r>
            <w:r>
              <w:t xml:space="preserve"> für die bisherige gute Zusammenarbeit und freuen uns auf die weitere Zusammenarbeit.</w:t>
            </w:r>
          </w:p>
        </w:tc>
      </w:tr>
      <w:tr>
        <w:trPr>
          <w:cantSplit w:val="true"/>
        </w:trPr>
        <w:tc>
          <w:tcPr>
            <w:tcW w:type="dxa" w:w="1531"/>
          </w:tcPr>
          <w:p>
            <w:pPr>
              <w:pStyle w:val="VT_Tabelle"/>
            </w:pPr>
            <w:r>
              <w:rPr>
                <w:b/>
                <w:color w:val="13233F"/>
              </w:rPr>
              <w:t>SF-C</w:t>
            </w:r>
          </w:p>
          <w:p>
            <w:pPr>
              <w:pStyle w:val="VT_Tabelle"/>
            </w:pPr>
            <w:r>
              <w:rPr>
                <w:b/>
                <w:color w:val="B4693E"/>
                <w:sz w:val="16"/>
              </w:rPr>
              <w:t>C genügend</w:t>
            </w:r>
          </w:p>
        </w:tc>
        <w:tc>
          <w:tcPr>
            <w:tcW w:type="dxa" w:w="3770"/>
          </w:tcPr>
          <w:p>
            <w:pPr>
              <w:pStyle w:val="VT_Tabelle"/>
            </w:pPr>
            <w:r>
              <w:t xml:space="preserve">Wir danken </w:t>
            </w:r>
            <w:r>
              <w:rPr>
                <w:rStyle w:val="VT_Platzhalter"/>
              </w:rPr>
              <w:t>[ANREDE]</w:t>
            </w:r>
            <w:r>
              <w:t xml:space="preserve"> </w:t>
            </w:r>
            <w:r>
              <w:rPr>
                <w:rStyle w:val="VT_Platzhalter"/>
              </w:rPr>
              <w:t>[NACHNAME]</w:t>
            </w:r>
            <w:r>
              <w:t xml:space="preserve"> für die Mitarbeit und wünschen </w:t>
            </w:r>
            <w:r>
              <w:rPr>
                <w:rStyle w:val="VT_Platzhalter"/>
              </w:rPr>
              <w:t>[IHM_IHR]</w:t>
            </w:r>
            <w:r>
              <w:t xml:space="preserve"> für die Zukunft alles Gute.</w:t>
            </w:r>
          </w:p>
        </w:tc>
        <w:tc>
          <w:tcPr>
            <w:tcW w:type="dxa" w:w="3770"/>
          </w:tcPr>
          <w:p>
            <w:pPr>
              <w:pStyle w:val="VT_Tabelle"/>
            </w:pPr>
            <w:r>
              <w:t xml:space="preserve">Wir danken </w:t>
            </w:r>
            <w:r>
              <w:rPr>
                <w:rStyle w:val="VT_Platzhalter"/>
              </w:rPr>
              <w:t>[ANREDE]</w:t>
            </w:r>
            <w:r>
              <w:t xml:space="preserve"> </w:t>
            </w:r>
            <w:r>
              <w:rPr>
                <w:rStyle w:val="VT_Platzhalter"/>
              </w:rPr>
              <w:t>[NACHNAME]</w:t>
            </w:r>
            <w:r>
              <w:t xml:space="preserve"> für die bisherige Mitarbeit.</w:t>
            </w:r>
          </w:p>
        </w:tc>
      </w:tr>
      <w:tr>
        <w:trPr>
          <w:cantSplit w:val="true"/>
        </w:trPr>
        <w:tc>
          <w:tcPr>
            <w:tcW w:type="dxa" w:w="1531"/>
            <w:shd w:val="clear" w:color="auto" w:fill="F1F3F7"/>
          </w:tcPr>
          <w:p>
            <w:pPr>
              <w:pStyle w:val="VT_Tabelle"/>
            </w:pPr>
            <w:r>
              <w:rPr>
                <w:b/>
                <w:color w:val="13233F"/>
              </w:rPr>
              <w:t>SF-D</w:t>
            </w:r>
          </w:p>
          <w:p>
            <w:pPr>
              <w:pStyle w:val="VT_Tabelle"/>
            </w:pPr>
            <w:r>
              <w:rPr>
                <w:b/>
                <w:color w:val="B4693E"/>
                <w:sz w:val="16"/>
              </w:rPr>
              <w:t>D ungenügend</w:t>
            </w:r>
          </w:p>
        </w:tc>
        <w:tc>
          <w:tcPr>
            <w:tcW w:type="dxa" w:w="3770"/>
            <w:shd w:val="clear" w:color="auto" w:fill="F1F3F7"/>
          </w:tcPr>
          <w:p>
            <w:pPr>
              <w:pStyle w:val="VT_Tabelle"/>
            </w:pPr>
            <w:r>
              <w:t xml:space="preserve">Wir danken </w:t>
            </w:r>
            <w:r>
              <w:rPr>
                <w:rStyle w:val="VT_Platzhalter"/>
              </w:rPr>
              <w:t>[ANREDE]</w:t>
            </w:r>
            <w:r>
              <w:t xml:space="preserve"> </w:t>
            </w:r>
            <w:r>
              <w:rPr>
                <w:rStyle w:val="VT_Platzhalter"/>
              </w:rPr>
              <w:t>[NACHNAME]</w:t>
            </w:r>
            <w:r>
              <w:t xml:space="preserve"> für die Mitarbeit und wünschen </w:t>
            </w:r>
            <w:r>
              <w:rPr>
                <w:rStyle w:val="VT_Platzhalter"/>
              </w:rPr>
              <w:t>[IHM_IHR]</w:t>
            </w:r>
            <w:r>
              <w:t xml:space="preserve"> für die Zukunft alles Gute.</w:t>
            </w:r>
          </w:p>
        </w:tc>
        <w:tc>
          <w:tcPr>
            <w:tcW w:type="dxa" w:w="3770"/>
            <w:shd w:val="clear" w:color="auto" w:fill="F1F3F7"/>
          </w:tcPr>
          <w:p>
            <w:pPr>
              <w:pStyle w:val="VT_Tabelle"/>
            </w:pPr>
            <w:r>
              <w:t xml:space="preserve">Wir danken </w:t>
            </w:r>
            <w:r>
              <w:rPr>
                <w:rStyle w:val="VT_Platzhalter"/>
              </w:rPr>
              <w:t>[ANREDE]</w:t>
            </w:r>
            <w:r>
              <w:t xml:space="preserve"> </w:t>
            </w:r>
            <w:r>
              <w:rPr>
                <w:rStyle w:val="VT_Platzhalter"/>
              </w:rPr>
              <w:t>[NACHNAME]</w:t>
            </w:r>
            <w:r>
              <w:t xml:space="preserve"> für die bisherige Mitarbeit.</w:t>
            </w:r>
          </w:p>
        </w:tc>
      </w:tr>
    </w:tbl>
    <w:p>
      <w:pPr>
        <w:pStyle w:val="VT_Klein"/>
        <w:spacing w:after="40"/>
      </w:pPr>
    </w:p>
    <w:p>
      <w:pPr>
        <w:pStyle w:val="VT_Text"/>
        <w:spacing w:after="80"/>
      </w:pPr>
      <w:r>
        <w:br w:type="page"/>
      </w:r>
      <w:r>
        <w:rPr>
          <w:b/>
          <w:color w:val="B4693E"/>
          <w:sz w:val="17"/>
        </w:rPr>
        <w:t>TEIL E  |  VOR VERSAND LÖSCHEN</w:t>
      </w:r>
    </w:p>
    <w:p>
      <w:pPr>
        <w:pStyle w:val="Heading1"/>
      </w:pPr>
      <w:r>
        <w:t>Prüfliste vor Versand</w:t>
      </w:r>
    </w:p>
    <w:p>
      <w:pPr>
        <w:pStyle w:val="VT_Text"/>
      </w:pPr>
      <w:r>
        <w:t>Kästchen per Klick abhaken. Erst versenden, wenn alle Punkte erfüllt sind.</w:t>
      </w:r>
    </w:p>
    <w:tbl>
      <w:tblPr>
        <w:tblW w:type="dxa" w:w="9072"/>
        <w:tblLook w:firstColumn="1" w:firstRow="1" w:lastColumn="0" w:lastRow="0" w:noHBand="0" w:noVBand="1" w:val="04A0"/>
        <w:tblBorders>
          <w:top w:val="nil"/>
          <w:left w:val="nil"/>
          <w:bottom w:val="nil"/>
          <w:right w:val="nil"/>
          <w:insideH w:val="single" w:sz="4" w:space="0" w:color="D5D9E0"/>
          <w:insideV w:val="nil"/>
        </w:tblBorders>
        <w:tblLayout w:type="fixed"/>
        <w:tblCellMar>
          <w:top w:w="60" w:type="dxa"/>
          <w:left w:w="40" w:type="dxa"/>
          <w:bottom w:w="60" w:type="dxa"/>
          <w:right w:w="60" w:type="dxa"/>
        </w:tblCellMar>
        <w:tblLayout w:type="fixed"/>
      </w:tblPr>
      <w:tblGrid>
        <w:gridCol w:w="510"/>
        <w:gridCol w:w="396"/>
        <w:gridCol w:w="8164"/>
      </w:tblGrid>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1</w:t>
            </w:r>
          </w:p>
        </w:tc>
        <w:tc>
          <w:tcPr>
            <w:tcW w:type="dxa" w:w="8164"/>
          </w:tcPr>
          <w:p>
            <w:pPr>
              <w:pStyle w:val="VT_Text"/>
              <w:spacing w:after="0"/>
            </w:pPr>
            <w:r>
              <w:t>Variante stimmt mit dem Verlangen überein (Vollzeugnis, Zwischenzeugnis, Arbeitsbestätigung).</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2</w:t>
            </w:r>
          </w:p>
        </w:tc>
        <w:tc>
          <w:tcPr>
            <w:tcW w:type="dxa" w:w="8164"/>
          </w:tcPr>
          <w:p>
            <w:pPr>
              <w:pStyle w:val="VT_Text"/>
              <w:spacing w:after="0"/>
            </w:pPr>
            <w:r>
              <w:t>Alle grauen Platzhalter ersetzt, auch im Briefkopf und in der Fusszeile; Pronomen und Endungen geprüft.</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3</w:t>
            </w:r>
          </w:p>
        </w:tc>
        <w:tc>
          <w:tcPr>
            <w:tcW w:type="dxa" w:w="8164"/>
          </w:tcPr>
          <w:p>
            <w:pPr>
              <w:pStyle w:val="VT_Text"/>
              <w:spacing w:after="0"/>
            </w:pPr>
            <w:r>
              <w:t>Alle Funktionen mit Dauer genannt.</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4</w:t>
            </w:r>
          </w:p>
        </w:tc>
        <w:tc>
          <w:tcPr>
            <w:tcW w:type="dxa" w:w="8164"/>
          </w:tcPr>
          <w:p>
            <w:pPr>
              <w:pStyle w:val="VT_Text"/>
              <w:spacing w:after="0"/>
            </w:pPr>
            <w:r>
              <w:t>Leistung und Verhalten beide beurteilt (bei Vollzeugnis und Zwischenzeugnis).</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5</w:t>
            </w:r>
          </w:p>
        </w:tc>
        <w:tc>
          <w:tcPr>
            <w:tcW w:type="dxa" w:w="8164"/>
          </w:tcPr>
          <w:p>
            <w:pPr>
              <w:pStyle w:val="VT_Text"/>
              <w:spacing w:after="0"/>
            </w:pPr>
            <w:r>
              <w:t>Stufen in sich stimmig, Schlussformel passt zur Gesamtleistung.</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6</w:t>
            </w:r>
          </w:p>
        </w:tc>
        <w:tc>
          <w:tcPr>
            <w:tcW w:type="dxa" w:w="8164"/>
          </w:tcPr>
          <w:p>
            <w:pPr>
              <w:pStyle w:val="VT_Text"/>
              <w:spacing w:after="0"/>
            </w:pPr>
            <w:r>
              <w:t>Jede Aussage der Stufe D ist erheblich und im Dossier schriftlich belegt (Ablageort notieren).</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7</w:t>
            </w:r>
          </w:p>
        </w:tc>
        <w:tc>
          <w:tcPr>
            <w:tcW w:type="dxa" w:w="8164"/>
          </w:tcPr>
          <w:p>
            <w:pPr>
              <w:pStyle w:val="VT_Text"/>
              <w:spacing w:after="0"/>
            </w:pPr>
            <w:r>
              <w:t>Keine Codes, keine Auslassung wesentlicher Punkte, keine Wörter wie «leider», «Problem» oder «Schuld».</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8</w:t>
            </w:r>
          </w:p>
        </w:tc>
        <w:tc>
          <w:tcPr>
            <w:tcW w:type="dxa" w:w="8164"/>
          </w:tcPr>
          <w:p>
            <w:pPr>
              <w:pStyle w:val="VT_Text"/>
              <w:spacing w:after="0"/>
            </w:pPr>
            <w:r>
              <w:t>Krankheit nur bei erheblichem Einfluss, ohne Diagnose; Freistellung nicht erwähnt.</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9</w:t>
            </w:r>
          </w:p>
        </w:tc>
        <w:tc>
          <w:tcPr>
            <w:tcW w:type="dxa" w:w="8164"/>
          </w:tcPr>
          <w:p>
            <w:pPr>
              <w:pStyle w:val="VT_Text"/>
              <w:spacing w:after="0"/>
            </w:pPr>
            <w:r>
              <w:t>Austrittsgrund nur auf Wunsch oder neutral.</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10</w:t>
            </w:r>
          </w:p>
        </w:tc>
        <w:tc>
          <w:tcPr>
            <w:tcW w:type="dxa" w:w="8164"/>
          </w:tcPr>
          <w:p>
            <w:pPr>
              <w:pStyle w:val="VT_Text"/>
              <w:spacing w:after="0"/>
            </w:pPr>
            <w:r>
              <w:t>Zeitform: Schlusszeugnis Vergangenheit, Zwischenzeugnis Präsens.</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11</w:t>
            </w:r>
          </w:p>
        </w:tc>
        <w:tc>
          <w:tcPr>
            <w:tcW w:type="dxa" w:w="8164"/>
          </w:tcPr>
          <w:p>
            <w:pPr>
              <w:pStyle w:val="VT_Text"/>
              <w:spacing w:after="0"/>
            </w:pPr>
            <w:r>
              <w:t>Datum korrekt, nicht vor- oder rückdatiert; zwei Unterschriften.</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12</w:t>
            </w:r>
          </w:p>
        </w:tc>
        <w:tc>
          <w:tcPr>
            <w:tcW w:type="dxa" w:w="8164"/>
          </w:tcPr>
          <w:p>
            <w:pPr>
              <w:pStyle w:val="VT_Text"/>
              <w:spacing w:after="0"/>
            </w:pPr>
            <w:r>
              <w:t>Höchstens zwei Seiten; Hinweisseiten, graue Hinweise, Bausteinkatalog, Prüfliste und Muster gelöscht; graue Hinterlegung entfernt.</w:t>
            </w:r>
          </w:p>
        </w:tc>
      </w:tr>
      <w:tr>
        <w:trPr>
          <w:cantSplit w:val="true"/>
        </w:trPr>
        <w:tc>
          <w:tcPr>
            <w:tcW w:type="dxa" w:w="510"/>
          </w:tcPr>
          <w:p>
            <w:pPr>
              <w:pStyle w:val="VT_Text"/>
              <w:spacing w:after="0"/>
            </w:pPr>
            <w:sdt>
              <w:sdtPr>
                <w:rPr>
                  <w:rFonts w:ascii="MS Gothic" w:eastAsia="MS Gothic" w:hAnsi="MS Gothic" w:cs="Segoe UI Symbol"/>
                  <w:color w:val="13233F"/>
                  <w:sz w:val="24"/>
                </w:rPr>
                <w14:checkbox>
                  <w14:checked w14:val="0"/>
                  <w14:checkedState w14:val="2612" w14:font="MS Gothic"/>
                  <w14:uncheckedState w14:val="2610" w14:font="MS Gothic"/>
                </w14:checkbox>
              </w:sdtPr>
              <w:sdtContent>
                <w:r>
                  <w:rPr>
                    <w:rFonts w:ascii="MS Gothic" w:eastAsia="MS Gothic" w:hAnsi="MS Gothic" w:cs="Segoe UI Symbol"/>
                    <w:color w:val="13233F"/>
                    <w:sz w:val="24"/>
                  </w:rPr>
                  <w:t>☐</w:t>
                </w:r>
              </w:sdtContent>
            </w:sdt>
          </w:p>
        </w:tc>
        <w:tc>
          <w:tcPr>
            <w:tcW w:type="dxa" w:w="397"/>
          </w:tcPr>
          <w:p>
            <w:pPr>
              <w:pStyle w:val="VT_Text"/>
              <w:spacing w:after="0"/>
            </w:pPr>
            <w:r>
              <w:rPr>
                <w:b/>
                <w:color w:val="B4693E"/>
              </w:rPr>
              <w:t>13</w:t>
            </w:r>
          </w:p>
        </w:tc>
        <w:tc>
          <w:tcPr>
            <w:tcW w:type="dxa" w:w="8164"/>
          </w:tcPr>
          <w:p>
            <w:pPr>
              <w:pStyle w:val="VT_Text"/>
              <w:spacing w:after="0"/>
            </w:pPr>
            <w:r>
              <w:t>Kopie und Grundlagen abgelegt (Ausstellung und Berichtigung verjähren erst 10 Jahre nach Ende des Arbeitsverhältnisses, BGE 147 III 78).</w:t>
            </w:r>
          </w:p>
        </w:tc>
      </w:tr>
    </w:tbl>
    <w:p>
      <w:pPr>
        <w:pStyle w:val="VT_Text"/>
        <w:spacing w:after="80"/>
      </w:pPr>
      <w:r>
        <w:br w:type="page"/>
      </w:r>
      <w:r>
        <w:rPr>
          <w:b/>
          <w:color w:val="B4693E"/>
          <w:sz w:val="17"/>
        </w:rPr>
        <w:t>ANHANG  |  VOR VERSAND LÖSCHEN</w:t>
      </w:r>
    </w:p>
    <w:p>
      <w:pPr>
        <w:pStyle w:val="Heading1"/>
      </w:pPr>
      <w:r>
        <w:t>Muster: Arbeitszeugnis, Stufe B</w:t>
      </w:r>
    </w:p>
    <w:p>
      <w:pPr>
        <w:pStyle w:val="VT_Info"/>
      </w:pPr>
      <w:r>
        <w:t>So sieht ein ausgefülltes Schlusszeugnis mit Bausteinen der Stufe B aus. Alle Namen und Angaben sind erfunden.</w:t>
      </w:r>
    </w:p>
    <w:p>
      <w:pPr>
        <w:pStyle w:val="VT_Titel"/>
        <w:spacing w:before="120"/>
      </w:pPr>
      <w:r>
        <w:t>Arbeitszeugnis</w:t>
      </w:r>
    </w:p>
    <w:p>
      <w:pPr>
        <w:pStyle w:val="VT_Text"/>
      </w:pPr>
      <w:r>
        <w:t>Frau Anna Muster, geboren am 14. Mai 1990, war vom 1. April 2020 bis 30. September 2026 bei der Muster AG in Horgen tätig, zuletzt als Sachbearbeiterin Disposition in der Abteilung Logistik mit einem Pensum von 80 Prozent. Zuvor war sie als Mitarbeiterin Kundendienst tätig (1. April 2020 bis 31. März 2023).</w:t>
      </w:r>
    </w:p>
    <w:p>
      <w:pPr>
        <w:pStyle w:val="VT_Text"/>
      </w:pPr>
      <w:r>
        <w:t>Ihre Aufgaben umfassten insbesondere:</w:t>
      </w:r>
    </w:p>
    <w:p>
      <w:pPr>
        <w:pStyle w:val="VT_Aufzählung"/>
      </w:pPr>
      <w:r>
        <w:t>Disposition der Auslieferungen für rund 40 Kundinnen und Kunden im Raum Zürich</w:t>
      </w:r>
    </w:p>
    <w:p>
      <w:pPr>
        <w:pStyle w:val="VT_Aufzählung"/>
      </w:pPr>
      <w:r>
        <w:t>Tourenplanung für drei Fahrzeuge</w:t>
      </w:r>
    </w:p>
    <w:p>
      <w:pPr>
        <w:pStyle w:val="VT_Aufzählung"/>
      </w:pPr>
      <w:r>
        <w:t>Bearbeitung von Reklamationen</w:t>
      </w:r>
    </w:p>
    <w:p>
      <w:pPr>
        <w:pStyle w:val="VT_Aufzählung"/>
      </w:pPr>
      <w:r>
        <w:t>Pflege der Stammdaten im ERP-System</w:t>
      </w:r>
    </w:p>
    <w:p>
      <w:pPr>
        <w:pStyle w:val="VT_Text"/>
        <w:spacing w:before="160"/>
      </w:pPr>
      <w:r>
        <w:t>Frau Muster verfügte über ein gutes Fachwissen, das sie sicher in der Praxis einsetzte. Sie arbeitete sorgfältig, genau und selbständig. Sie bewältigte das Arbeitsvolumen effizient und setzte Prioritäten richtig. Sie war sehr zuverlässig. Frau Muster erbrachte gute Leistungen.</w:t>
      </w:r>
    </w:p>
    <w:p>
      <w:pPr>
        <w:pStyle w:val="VT_Text"/>
      </w:pPr>
      <w:r>
        <w:t>Mit Vorgesetzten und Mitarbeitenden stand sie in gutem Einvernehmen. Bei Kundinnen, Kunden und Partnern war sie eine geschätzte Ansprechperson.</w:t>
      </w:r>
    </w:p>
    <w:p>
      <w:pPr>
        <w:pStyle w:val="VT_Text"/>
      </w:pPr>
      <w:r>
        <w:t>Frau Muster verlässt unser Unternehmen auf eigenen Wunsch, um sich einer neuen beruflichen Herausforderung zu stellen. Wir danken Frau Muster für die gute Zusammenarbeit und wünschen ihr für die Zukunft alles Gute und viel Erfolg.</w:t>
      </w:r>
    </w:p>
    <w:p>
      <w:pPr>
        <w:pStyle w:val="VT_Text"/>
        <w:spacing w:before="280"/>
      </w:pPr>
      <w:r>
        <w:t>Horgen, 30. September 2026</w:t>
      </w:r>
    </w:p>
    <w:p>
      <w:pPr>
        <w:pStyle w:val="VT_Signatur"/>
        <w:spacing w:before="200"/>
      </w:pPr>
      <w:r>
        <w:t>Muster AG</w:t>
      </w:r>
    </w:p>
    <w:p>
      <w:pPr>
        <w:pStyle w:val="VT_Signatur"/>
        <w:spacing w:before="720"/>
      </w:pPr>
      <w:r>
        <w:t>Peter Beispiel</w:t>
        <w:tab/>
        <w:t>Eva Exempel</w:t>
      </w:r>
    </w:p>
    <w:p>
      <w:pPr>
        <w:pStyle w:val="VT_Signatur"/>
      </w:pPr>
      <w:r>
        <w:t>Leiter Logistik</w:t>
        <w:tab/>
        <w:t>Leiterin Personal</w:t>
      </w:r>
    </w:p>
    <w:sectPr w:rsidR="00FC693F" w:rsidRPr="0006063C" w:rsidSect="00034616">
      <w:headerReference w:type="default" r:id="rId23"/>
      <w:footerReference w:type="default" r:id="rId24"/>
      <w:pgSz w:w="11906" w:h="16838"/>
      <w:pgMar w:top="1417" w:right="1417" w:bottom="1417" w:left="1417" w:header="680" w:footer="68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pPr>
    <w:r>
      <w:t>vortrieb.ch  |  Vorlage Arbeitszeugnis  |  Stand Oktober 2026  |  Vorlage ohne Gewähr, keine Rechtsberatung im Einzelfall</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jc w:val="right"/>
    </w:pPr>
    <w:r>
      <w:t xml:space="preserve">Arbeitszeugnis </w:t>
    </w:r>
    <w:r>
      <w:rPr>
        <w:rStyle w:val="VT_Platzhalter"/>
      </w:rPr>
      <w:t>[VORNAME]</w:t>
    </w:r>
    <w:r>
      <w:t xml:space="preserve"> </w:t>
    </w:r>
    <w:r>
      <w:rPr>
        <w:rStyle w:val="VT_Platzhalter"/>
      </w:rPr>
      <w:t>[NACHNAME]</w:t>
    </w:r>
    <w:r>
      <w:t xml:space="preserve">, Seite </w:t>
    </w:r>
    <w:r>
      <w:fldChar w:fldCharType="begin"/>
    </w:r>
    <w:r>
      <w:instrText xml:space="preserve"> PAGE </w:instrText>
    </w:r>
    <w:r>
      <w:fldChar w:fldCharType="separate"/>
    </w:r>
    <w:r>
      <w:t>2</w:t>
    </w:r>
    <w:r>
      <w:fldChar w:fldCharType="end"/>
    </w:r>
    <w:r>
      <w:t xml:space="preserve"> von </w:t>
    </w:r>
    <w:r>
      <w:fldChar w:fldCharType="begin"/>
    </w:r>
    <w:r>
      <w:instrText xml:space="preserve"> SECTIONPAGES </w:instrText>
    </w:r>
    <w:r>
      <w:fldChar w:fldCharType="separate"/>
    </w:r>
    <w:r>
      <w:t>2</w:t>
    </w:r>
    <w: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jc w:val="right"/>
    </w:pPr>
    <w:r>
      <w:t xml:space="preserve">Zwischenzeugnis </w:t>
    </w:r>
    <w:r>
      <w:rPr>
        <w:rStyle w:val="VT_Platzhalter"/>
      </w:rPr>
      <w:t>[VORNAME]</w:t>
    </w:r>
    <w:r>
      <w:t xml:space="preserve"> </w:t>
    </w:r>
    <w:r>
      <w:rPr>
        <w:rStyle w:val="VT_Platzhalter"/>
      </w:rPr>
      <w:t>[NACHNAME]</w:t>
    </w:r>
    <w:r>
      <w:t xml:space="preserve">, Seite </w:t>
    </w:r>
    <w:r>
      <w:fldChar w:fldCharType="begin"/>
    </w:r>
    <w:r>
      <w:instrText xml:space="preserve"> PAGE </w:instrText>
    </w:r>
    <w:r>
      <w:fldChar w:fldCharType="separate"/>
    </w:r>
    <w:r>
      <w:t>2</w:t>
    </w:r>
    <w:r>
      <w:fldChar w:fldCharType="end"/>
    </w:r>
    <w:r>
      <w:t xml:space="preserve"> von </w:t>
    </w:r>
    <w:r>
      <w:fldChar w:fldCharType="begin"/>
    </w:r>
    <w:r>
      <w:instrText xml:space="preserve"> SECTIONPAGES </w:instrText>
    </w:r>
    <w:r>
      <w:fldChar w:fldCharType="separate"/>
    </w:r>
    <w:r>
      <w:t>2</w: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jc w:val="right"/>
    </w:pPr>
    <w:r>
      <w:t xml:space="preserve">Arbeitsbestätigung </w:t>
    </w:r>
    <w:r>
      <w:rPr>
        <w:rStyle w:val="VT_Platzhalter"/>
      </w:rPr>
      <w:t>[VORNAME]</w:t>
    </w:r>
    <w:r>
      <w:t xml:space="preserve"> </w:t>
    </w:r>
    <w:r>
      <w:rPr>
        <w:rStyle w:val="VT_Platzhalter"/>
      </w:rPr>
      <w:t>[NACHNAME]</w:t>
    </w:r>
    <w:r>
      <w:t xml:space="preserve">, Seite </w:t>
    </w:r>
    <w:r>
      <w:fldChar w:fldCharType="begin"/>
    </w:r>
    <w:r>
      <w:instrText xml:space="preserve"> PAGE </w:instrText>
    </w:r>
    <w:r>
      <w:fldChar w:fldCharType="separate"/>
    </w:r>
    <w:r>
      <w:t>2</w:t>
    </w:r>
    <w:r>
      <w:fldChar w:fldCharType="end"/>
    </w:r>
    <w:r>
      <w:t xml:space="preserve"> von </w:t>
    </w:r>
    <w:r>
      <w:fldChar w:fldCharType="begin"/>
    </w:r>
    <w:r>
      <w:instrText xml:space="preserve"> SECTIONPAGES </w:instrText>
    </w:r>
    <w:r>
      <w:fldChar w:fldCharType="separate"/>
    </w:r>
    <w:r>
      <w:t>2</w: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pPr>
    <w:r>
      <w:t>vortrieb.ch  |  Vorlage Arbeitszeugnis  |  Stand Oktober 2026  |  Vorlage ohne Gewähr, keine Rechtsberatung im Einzelfall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pBdr>
        <w:bottom w:val="single" w:sz="4" w:space="4" w:color="D5D9E0"/>
      </w:pBdr>
    </w:pPr>
    <w:r>
      <w:rPr>
        <w:b/>
        <w:color w:val="13233F"/>
        <w:sz w:val="18"/>
      </w:rPr>
      <w:t>VORTRIEB</w:t>
    </w:r>
    <w:r>
      <w:rPr>
        <w:color w:val="B4693E"/>
        <w:sz w:val="16"/>
      </w:rPr>
      <w:t xml:space="preserve">   Vorlage Personal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9072"/>
      <w:tblLayout w:type="fixed"/>
      <w:tblLook w:firstColumn="1" w:firstRow="1" w:lastColumn="0" w:lastRow="0" w:noHBand="0" w:noVBand="1" w:val="04A0"/>
      <w:tblBorders>
        <w:top w:val="nil"/>
        <w:left w:val="nil"/>
        <w:bottom w:val="nil"/>
        <w:right w:val="nil"/>
        <w:insideH w:val="nil"/>
        <w:insideV w:val="nil"/>
      </w:tblBorders>
      <w:tblLayout w:type="fixed"/>
    </w:tblPr>
    <w:tblGrid>
      <w:gridCol w:w="4536"/>
      <w:gridCol w:w="4536"/>
    </w:tblGrid>
    <w:tr>
      <w:tc>
        <w:tcPr>
          <w:tcW w:type="dxa" w:w="4535"/>
        </w:tcPr>
        <w:p>
          <w:pPr>
            <w:pStyle w:val="VT_Kopf"/>
          </w:pPr>
          <w:r>
            <w:rPr>
              <w:rStyle w:val="VT_Platzhalter"/>
            </w:rPr>
            <w:t>[FIRMENLOGO]</w:t>
          </w:r>
        </w:p>
      </w:tc>
      <w:tc>
        <w:tcPr>
          <w:tcW w:type="dxa" w:w="4535"/>
        </w:tcPr>
        <w:p>
          <w:pPr>
            <w:pStyle w:val="VT_Kopf"/>
            <w:jc w:val="right"/>
          </w:pPr>
          <w:r>
            <w:rPr>
              <w:rStyle w:val="VT_Platzhalter"/>
            </w:rPr>
            <w:t>[ARBEITGEBER]</w:t>
          </w:r>
        </w:p>
        <w:p>
          <w:pPr>
            <w:pStyle w:val="VT_Kopf"/>
            <w:jc w:val="right"/>
          </w:pPr>
          <w:r>
            <w:rPr>
              <w:rStyle w:val="VT_Platzhalter"/>
            </w:rPr>
            <w:t>[STRASSE_NR]</w:t>
          </w:r>
        </w:p>
        <w:p>
          <w:pPr>
            <w:pStyle w:val="VT_Kopf"/>
            <w:jc w:val="right"/>
          </w:pPr>
          <w:r>
            <w:rPr>
              <w:rStyle w:val="VT_Platzhalter"/>
            </w:rPr>
            <w:t>[PLZ]</w:t>
          </w:r>
          <w:r>
            <w:t xml:space="preserve"> </w:t>
          </w:r>
          <w:r>
            <w:rPr>
              <w:rStyle w:val="VT_Platzhalter"/>
            </w:rPr>
            <w:t>[ORT]</w:t>
          </w:r>
        </w:p>
      </w:tc>
    </w:tr>
  </w:tbl>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9072"/>
      <w:tblLayout w:type="fixed"/>
      <w:tblLook w:firstColumn="1" w:firstRow="1" w:lastColumn="0" w:lastRow="0" w:noHBand="0" w:noVBand="1" w:val="04A0"/>
      <w:tblBorders>
        <w:top w:val="nil"/>
        <w:left w:val="nil"/>
        <w:bottom w:val="nil"/>
        <w:right w:val="nil"/>
        <w:insideH w:val="nil"/>
        <w:insideV w:val="nil"/>
      </w:tblBorders>
      <w:tblLayout w:type="fixed"/>
    </w:tblPr>
    <w:tblGrid>
      <w:gridCol w:w="4536"/>
      <w:gridCol w:w="4536"/>
    </w:tblGrid>
    <w:tr>
      <w:tc>
        <w:tcPr>
          <w:tcW w:type="dxa" w:w="4535"/>
        </w:tcPr>
        <w:p>
          <w:pPr>
            <w:pStyle w:val="VT_Kopf"/>
          </w:pPr>
          <w:r>
            <w:rPr>
              <w:rStyle w:val="VT_Platzhalter"/>
            </w:rPr>
            <w:t>[FIRMENLOGO]</w:t>
          </w:r>
        </w:p>
      </w:tc>
      <w:tc>
        <w:tcPr>
          <w:tcW w:type="dxa" w:w="4535"/>
        </w:tcPr>
        <w:p>
          <w:pPr>
            <w:pStyle w:val="VT_Kopf"/>
            <w:jc w:val="right"/>
          </w:pPr>
          <w:r>
            <w:rPr>
              <w:rStyle w:val="VT_Platzhalter"/>
            </w:rPr>
            <w:t>[ARBEITGEBER]</w:t>
          </w:r>
        </w:p>
        <w:p>
          <w:pPr>
            <w:pStyle w:val="VT_Kopf"/>
            <w:jc w:val="right"/>
          </w:pPr>
          <w:r>
            <w:rPr>
              <w:rStyle w:val="VT_Platzhalter"/>
            </w:rPr>
            <w:t>[STRASSE_NR]</w:t>
          </w:r>
        </w:p>
        <w:p>
          <w:pPr>
            <w:pStyle w:val="VT_Kopf"/>
            <w:jc w:val="right"/>
          </w:pPr>
          <w:r>
            <w:rPr>
              <w:rStyle w:val="VT_Platzhalter"/>
            </w:rPr>
            <w:t>[PLZ]</w:t>
          </w:r>
          <w:r>
            <w:t xml:space="preserve"> </w:t>
          </w:r>
          <w:r>
            <w:rPr>
              <w:rStyle w:val="VT_Platzhalter"/>
            </w:rPr>
            <w:t>[ORT]</w:t>
          </w:r>
        </w:p>
      </w:tc>
    </w:tr>
  </w:tbl>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9072"/>
      <w:tblLayout w:type="fixed"/>
      <w:tblLook w:firstColumn="1" w:firstRow="1" w:lastColumn="0" w:lastRow="0" w:noHBand="0" w:noVBand="1" w:val="04A0"/>
      <w:tblBorders>
        <w:top w:val="nil"/>
        <w:left w:val="nil"/>
        <w:bottom w:val="nil"/>
        <w:right w:val="nil"/>
        <w:insideH w:val="nil"/>
        <w:insideV w:val="nil"/>
      </w:tblBorders>
      <w:tblLayout w:type="fixed"/>
    </w:tblPr>
    <w:tblGrid>
      <w:gridCol w:w="4536"/>
      <w:gridCol w:w="4536"/>
    </w:tblGrid>
    <w:tr>
      <w:tc>
        <w:tcPr>
          <w:tcW w:type="dxa" w:w="4535"/>
        </w:tcPr>
        <w:p>
          <w:pPr>
            <w:pStyle w:val="VT_Kopf"/>
          </w:pPr>
          <w:r>
            <w:rPr>
              <w:rStyle w:val="VT_Platzhalter"/>
            </w:rPr>
            <w:t>[FIRMENLOGO]</w:t>
          </w:r>
        </w:p>
      </w:tc>
      <w:tc>
        <w:tcPr>
          <w:tcW w:type="dxa" w:w="4535"/>
        </w:tcPr>
        <w:p>
          <w:pPr>
            <w:pStyle w:val="VT_Kopf"/>
            <w:jc w:val="right"/>
          </w:pPr>
          <w:r>
            <w:rPr>
              <w:rStyle w:val="VT_Platzhalter"/>
            </w:rPr>
            <w:t>[ARBEITGEBER]</w:t>
          </w:r>
        </w:p>
        <w:p>
          <w:pPr>
            <w:pStyle w:val="VT_Kopf"/>
            <w:jc w:val="right"/>
          </w:pPr>
          <w:r>
            <w:rPr>
              <w:rStyle w:val="VT_Platzhalter"/>
            </w:rPr>
            <w:t>[STRASSE_NR]</w:t>
          </w:r>
        </w:p>
        <w:p>
          <w:pPr>
            <w:pStyle w:val="VT_Kopf"/>
            <w:jc w:val="right"/>
          </w:pPr>
          <w:r>
            <w:rPr>
              <w:rStyle w:val="VT_Platzhalter"/>
            </w:rPr>
            <w:t>[PLZ]</w:t>
          </w:r>
          <w:r>
            <w:t xml:space="preserve"> </w:t>
          </w:r>
          <w:r>
            <w:rPr>
              <w:rStyle w:val="VT_Platzhalter"/>
            </w:rPr>
            <w:t>[ORT]</w:t>
          </w:r>
        </w:p>
      </w:tc>
    </w:tr>
  </w:tbl>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VT_Fuss"/>
      <w:pBdr>
        <w:bottom w:val="single" w:sz="4" w:space="4" w:color="D5D9E0"/>
      </w:pBdr>
    </w:pPr>
    <w:r>
      <w:rPr>
        <w:b/>
        <w:color w:val="13233F"/>
        <w:sz w:val="18"/>
      </w:rPr>
      <w:t>VORTRIEB</w:t>
    </w:r>
    <w:r>
      <w:rPr>
        <w:color w:val="B4693E"/>
        <w:sz w:val="16"/>
      </w:rPr>
      <w:t xml:space="preserve">   Vorlage Personal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singleLevel"/>
    <w:lvl w:ilvl="0">
      <w:start w:val="1"/>
      <w:numFmt w:val="bullet"/>
      <w:lvlText w:val="•"/>
      <w:lvlJc w:val="left"/>
      <w:pPr>
        <w:ind w:left="340" w:hanging="340"/>
      </w:pPr>
      <w:rPr>
        <w:rFonts w:ascii="Arial" w:hAnsi="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autoHyphenatio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1"/>
        <w:szCs w:val="21"/>
        <w:lang w:val="de-CH" w:eastAsia="de-CH"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Arial" w:hAnsi="Arial" w:cs="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line="240" w:lineRule="auto"/>
      <w:outlineLvl w:val="0"/>
    </w:pPr>
    <w:rPr>
      <w:rFonts w:ascii="Arial" w:hAnsi="Arial" w:cs="Arial" w:eastAsia="Arial"/>
      <w:b/>
      <w:bCs/>
      <w:i w:val="0"/>
      <w:color w:val="13233F"/>
      <w:sz w:val="40"/>
      <w:szCs w:val="28"/>
    </w:rPr>
  </w:style>
  <w:style w:type="paragraph" w:styleId="Heading2">
    <w:name w:val="heading 2"/>
    <w:basedOn w:val="Normal"/>
    <w:next w:val="Normal"/>
    <w:link w:val="Heading2Char"/>
    <w:uiPriority w:val="9"/>
    <w:unhideWhenUsed/>
    <w:qFormat/>
    <w:rsid w:val="00FC693F"/>
    <w:pPr>
      <w:keepNext/>
      <w:keepLines/>
      <w:spacing w:before="180" w:after="80" w:line="240" w:lineRule="auto"/>
      <w:outlineLvl w:val="1"/>
    </w:pPr>
    <w:rPr>
      <w:rFonts w:ascii="Arial" w:hAnsi="Arial" w:cs="Arial" w:eastAsia="Arial"/>
      <w:b/>
      <w:bCs/>
      <w:i w:val="0"/>
      <w:color w:val="13233F"/>
      <w:sz w:val="25"/>
      <w:szCs w:val="26"/>
    </w:rPr>
  </w:style>
  <w:style w:type="paragraph" w:styleId="Heading3">
    <w:name w:val="heading 3"/>
    <w:basedOn w:val="Normal"/>
    <w:next w:val="Normal"/>
    <w:link w:val="Heading3Char"/>
    <w:uiPriority w:val="9"/>
    <w:unhideWhenUsed/>
    <w:qFormat/>
    <w:rsid w:val="00FC693F"/>
    <w:pPr>
      <w:keepNext/>
      <w:keepLines/>
      <w:spacing w:before="200" w:after="60" w:line="240" w:lineRule="auto"/>
      <w:outlineLvl w:val="2"/>
    </w:pPr>
    <w:rPr>
      <w:rFonts w:ascii="Arial" w:hAnsi="Arial" w:cs="Arial" w:eastAsia="Arial"/>
      <w:b/>
      <w:bCs/>
      <w:i w:val="0"/>
      <w:color w:val="1323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T_Titel">
    <w:name w:val="VT_Titel"/>
    <w:basedOn w:val="Normal"/>
    <w:qFormat/>
    <w:pPr>
      <w:keepNext/>
      <w:spacing w:before="240" w:after="360"/>
      <w:jc w:val="center"/>
    </w:pPr>
    <w:rPr>
      <w:b/>
      <w:sz w:val="32"/>
    </w:rPr>
  </w:style>
  <w:style w:type="paragraph" w:customStyle="1" w:styleId="VT_Text">
    <w:name w:val="VT_Text"/>
    <w:basedOn w:val="Normal"/>
    <w:qFormat/>
  </w:style>
  <w:style w:type="paragraph" w:customStyle="1" w:styleId="VT_Aufzählung">
    <w:name w:val="VT_Aufzählung"/>
    <w:basedOn w:val="Normal"/>
    <w:qFormat/>
    <w:pPr>
      <w:numPr>
        <w:numId w:val="990"/>
      </w:numPr>
      <w:spacing w:after="40"/>
      <w:ind w:left="340" w:hanging="340"/>
    </w:pPr>
  </w:style>
  <w:style w:type="paragraph" w:customStyle="1" w:styleId="VT_Hinweis">
    <w:name w:val="VT_Hinweis"/>
    <w:basedOn w:val="Normal"/>
    <w:qFormat/>
    <w:pPr>
      <w:spacing w:before="40" w:after="160" w:line="264" w:lineRule="auto"/>
      <w:ind w:left="142"/>
      <w:pBdr>
        <w:left w:val="single" w:sz="24" w:space="6" w:color="BFBFBF"/>
      </w:pBdr>
    </w:pPr>
    <w:rPr>
      <w:i/>
      <w:color w:val="6F6F6F"/>
      <w:sz w:val="18"/>
    </w:rPr>
  </w:style>
  <w:style w:type="paragraph" w:customStyle="1" w:styleId="VT_Info">
    <w:name w:val="VT_Info"/>
    <w:basedOn w:val="Normal"/>
    <w:qFormat/>
    <w:pPr>
      <w:spacing w:before="40" w:after="120" w:line="276" w:lineRule="auto"/>
      <w:ind w:left="198"/>
      <w:pBdr>
        <w:left w:val="single" w:sz="24" w:space="8" w:color="B4693E"/>
      </w:pBdr>
    </w:pPr>
    <w:rPr>
      <w:color w:val="13233F"/>
      <w:sz w:val="19"/>
    </w:rPr>
  </w:style>
  <w:style w:type="paragraph" w:customStyle="1" w:styleId="VT_Signatur">
    <w:name w:val="VT_Signatur"/>
    <w:basedOn w:val="Normal"/>
    <w:qFormat/>
    <w:pPr>
      <w:keepNext/>
      <w:tabs>
        <w:tab w:pos="4819" w:val="left"/>
      </w:tabs>
      <w:spacing w:after="0"/>
    </w:pPr>
  </w:style>
  <w:style w:type="paragraph" w:customStyle="1" w:styleId="VT_Tabelle">
    <w:name w:val="VT_Tabelle"/>
    <w:basedOn w:val="Normal"/>
    <w:qFormat/>
    <w:pPr>
      <w:spacing w:after="0" w:line="264" w:lineRule="auto"/>
    </w:pPr>
    <w:rPr>
      <w:sz w:val="18"/>
    </w:rPr>
  </w:style>
  <w:style w:type="paragraph" w:customStyle="1" w:styleId="VT_Klein">
    <w:name w:val="VT_Klein"/>
    <w:basedOn w:val="Normal"/>
    <w:qFormat/>
    <w:pPr>
      <w:spacing w:after="60" w:line="264" w:lineRule="auto"/>
    </w:pPr>
    <w:rPr>
      <w:color w:val="4A5568"/>
      <w:sz w:val="17"/>
    </w:rPr>
  </w:style>
  <w:style w:type="paragraph" w:customStyle="1" w:styleId="VT_Fuss">
    <w:name w:val="VT_Fuss"/>
    <w:basedOn w:val="Normal"/>
    <w:qFormat/>
    <w:pPr>
      <w:spacing w:after="0" w:line="240" w:lineRule="auto"/>
    </w:pPr>
    <w:rPr>
      <w:color w:val="595959"/>
      <w:sz w:val="16"/>
    </w:rPr>
  </w:style>
  <w:style w:type="paragraph" w:customStyle="1" w:styleId="VT_Kopf">
    <w:name w:val="VT_Kopf"/>
    <w:basedOn w:val="Normal"/>
    <w:qFormat/>
    <w:pPr>
      <w:spacing w:after="0" w:line="264" w:lineRule="auto"/>
    </w:pPr>
    <w:rPr>
      <w:sz w:val="18"/>
    </w:rPr>
  </w:style>
  <w:style w:type="character" w:customStyle="1" w:styleId="VT_Platzhalter">
    <w:name w:val="VT_Platzhalter"/>
    <w:qFormat/>
    <w:rPr>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footer" Target="footer7.xml"/><Relationship Id="rId23" Type="http://schemas.openxmlformats.org/officeDocument/2006/relationships/header" Target="header8.xml"/><Relationship Id="rId24"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Arbeitszeugnis und Zwischenzeugnis</dc:title>
  <dc:subject>Arbeitszeugnis, Zwischenzeugnis, Arbeitsbestätigung nach Art. 330a OR</dc:subject>
  <dc:creator>Vortrieb (vortrieb.ch)</dc:creator>
  <cp:keywords>Arbeitszeugnis, Zwischenzeugnis, Vorlage, Schweiz, Art. 330a OR</cp:keywords>
  <dc:description>Vorlage ohne Gewähr, keine Rechtsberatung im Einzelfall. Stand Oktober 2026.</dc:description>
  <cp:lastModifiedBy>Vortrieb</cp:lastModifiedBy>
  <cp:revision>1</cp:revision>
  <dcterms:created xsi:type="dcterms:W3CDTF">2013-12-23T23:15:00Z</dcterms:created>
  <dcterms:modified xsi:type="dcterms:W3CDTF">2013-12-23T23:15:00Z</dcterms:modified>
  <cp:category>Vorlage Personal</cp:category>
  <dc:language>de-CH</dc:language>
</cp:coreProperties>
</file>